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/>
          <w:b/>
          <w:color w:val="000000"/>
          <w:sz w:val="32"/>
        </w:rPr>
        <w:t>일본어 핵심 문법 도감 (N5~N1 통합본)</w:t>
      </w:r>
    </w:p>
    <w:p>
      <w:pPr>
        <w:jc w:val="center"/>
      </w:pPr>
      <w:r>
        <w:rPr>
          <w:rFonts w:ascii="맑은 고딕" w:hAnsi="맑은 고딕"/>
          <w:color w:val="475569"/>
          <w:sz w:val="20"/>
        </w:rPr>
        <w:t>오프라인 종합 교재 | leesuzukifamily</w:t>
      </w:r>
    </w:p>
    <w:p>
      <w:pPr>
        <w:spacing w:after="16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[기초 (Intro)] 히라가나 &amp; 가타카나 50음도 완전 정복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일본어 학습의 기초인 히라가나(ひらがな) 46자와 외래어/강조에 쓰이는 가타카나(カタカナ) 46자 완전 정리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히라가나는 일본어 고유어와 조사, 어미 표기에 쓰이며, 가타카나는 외래어(커피, 컴퓨터 등), 의성어/의태어, 생물/학술 명칭, 시각적 강조에 사용됩니다.</w:t>
        <w:br/>
        <w:t>특히 한국인이 가장 헷갈리는 유사 문자(히라가나: さ/き, わ/れ/ね, は/ほ | 가타카나: シ/ツ, ソ/ン, ク/ワ/タ)를 획순과 방향으로 구별하는 것이 결정적입니다.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[N5-N4] 조사 (助詞) 핵심 비교: は vs が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은/는 (대조, 기지의 정보, 문장의 화제) vs 이/가 (새로운 정보, 눈앞의 객관적 현상, 의문사 주어, 능력/호불호의 대상)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「は」는 이미 서로 알고 있는 이야기의 '화제(Topic)'를 제시하거나 둘 이상의 대상을 '대조'할 때 사용되며, 문장의 초점은 'は' 뒷부분(서술어)에 있습니다. 반면 「が」는 눈앞에서 일어난 '새로운 사실이나 감각적 현상'을 객관적으로 묘사하거나, 의문사가 주어일 때(誰が、何が), 또는 '내가 바로 그 사람이다'라는 배타적 지정(私がやります), 능력/희망/감정의 대상(日本語が話せる、水が飲みたい)을 나타냅니다.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[N5-N4] 조사 심화: に vs で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~에 (도착점, 시점, 존재의 장소, 대상) vs ~에서/~(으)로 (동작 행위 장소, 수단/도구, 재료, 원인)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「に」는 특정 시간의 점(7時に), 이동의 종착점(東京に着く), 정적인 존재(部屋にいる)를 나타냅니다. 반면 「で」는 구체적인 동작이나 활동이 일어나는 공간(図書館で勉強する), 이동 수단/도구(新幹線で行く、ペンで書く), 원인/이유(風邪で休む)를 나타냅니다.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[N5-N4] 필수 조사 총정리: を / へ / と / から / まで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~을/를 (동작의 직접 목적어, 통과점) · ~(으)로 (이동 방향) · ~와/과 (~라고) · ~부터 ~까지 (시간/공간의 기점과 종점)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「を」는 타동사의 직접 목적어뿐만 아니라 '통과하는 공간/이탈점'(橋を渡る 다리를 건너다, 家を出る 집을 나서다)에도 쓰입니다. 「へ」는 목적지보다 이동하는 '방향성'에 초점이 있으며, 「と」는 동반자(~와 함께) 또는 인용(~라고 생각하다)에 쓰입니다.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[N4-N3] 수수동사 (授受動詞) 완성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내가 남에게 주다 (あげる) vs 남이 나(우리편)에게 주다 (くれる) vs 내가 남에게 받다 (もらう)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일본어 수수표현의 핵심은 '누구의 영역(나/상대)에서 바라보는가'입니다.</w:t>
        <w:br/>
        <w:t>1) 「あげる」: 나  남에게 베풀 때 (윗사람에겐 差し上げる)</w:t>
        <w:br/>
        <w:t>2) 「くれる」: 남  나(또는 내 가족/동료)에게 은혜를 베풀어 줄 때 (윗사람이 주실 땐 くださる)</w:t>
        <w:br/>
        <w:t>3) 「もらう」: 주어가 '나'로서 남에게 은혜를 입어 받을 때 (윗사람에게 받을 땐 いただく)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[N4-N3] 자타동사와 상태 표현: 〜ている vs 〜てある vs 〜ておく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동작 진행/결과 상태(ている) vs 목적을 가진 인위적 완료 상태(てある) vs 미래를 위한 사전 준비(ておく)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• **자동사 + 〜ている**: 사물의 자연스러운 현재 결과 상태 (ドアが開いている 문이 열려 있다).</w:t>
        <w:br/>
        <w:t>• **타동사 + 〜てある**: 누군가 특정 목적을 가지고 해 둔 결과 상태 (黒板に名前が書いてある 칠판에 이름이 적혀 있다).</w:t>
        <w:br/>
        <w:t>• **타동사 + 〜ておく**: 미래의 편의를 위해 미리 준비하거나 현 상태를 유지하는 행위 (事前に資料を読んでおく 사전에 자료를 읽어 두다).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[N5-N3] 의무 · 금지 · 허가 (義務・禁止・許可)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~해야만 한다 (의무) vs ~해서는 안 된다 (금지) vs ~해도 좋다 (허가) vs ~하지 않아도 된다 (불필요)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일본의 사회 규칙, 법규, 캠퍼스 에티켓을 표현하는 필수 구문입니다.</w:t>
        <w:br/>
        <w:t>• **〜なければならない**: 개인적 감정이 아닌 규칙/당위성에 의해 반드시 해야 함.</w:t>
        <w:br/>
        <w:t>• **〜てはいけない / 〜てはならない**: 엄격한 규칙상 금지됨.</w:t>
        <w:br/>
        <w:t>• **〜てもよろしいでしょうか**: 상대방에게 정중하게 허가를 구할 때 면접에서 필수 사용.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[N3-N2] 경어 체계 (敬語) 마스터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상대방의 행동을 높임 (존경) vs 나와 내 쪽의 행동을 낮춤 (겸양) vs 문말을 공손하게 (정중)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대학 면접과 비즈니스 일본어의 당락을 가르는 핵심입니다.</w:t>
        <w:br/>
        <w:t>• **존경어**: 면접관, 교수님, 고객의 행위를 높일 때 사용합니다.</w:t>
        <w:br/>
        <w:t>• **겸양어**: 수험생 자신, 가족, 자사 직원의 행위를 낮추어 상대를 공경할 때 사용합니다.</w:t>
        <w:br/>
        <w:t xml:space="preserve"> 절대 주의: 자신의 행동에 존경어를 쓰거나, 면접관의 행동에 겸양어를 쓰면 치명적인 감점 요인이 됩니다.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[N3-N2] 수동 · 사역 · 사역수동 (受身・使役・使役受身)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~당하다/되다 (수동) vs ~하게 하다/시키다 (사역) vs 어쩔 수 없이 ~하다/깊은 감명을 받다 (사역수동)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1) **수동(受身)**: 타인의 동작에 의해 직접적/간접적 영향을 받을 때 (先生に褒められた, 雨に降られた).</w:t>
        <w:br/>
        <w:t>2) **사역(使役)**: 타인에게 행동을 시키거나 허가할 때 (子供に本を読ませる, 担当させてください).</w:t>
        <w:br/>
        <w:t>3) **사역수동(使役受身)**: 본인의 자발적 의지와 무관하게 강제적으로 무언가를 하게 되거나, 어떤 계기로 인해 '깊이 깨닫게/감동받게 되다'를 나타낼 때 (深く考えさせられました).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[N3-N1] 조건 표현 4총사 (条件表現)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자연법칙/필연 (~と) vs 일반조건/가정 (~ば) vs 개별상황/시간순서 (~たら) vs 화제수용/조언 (~なら)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1) **〜と**: 버튼을 누르면 불이 켜지듯 100% 필연적으로 일어나는 자연/기계 현상. 뒷문장에 명령/부탁(~てください)/의지 불가.</w:t>
        <w:br/>
        <w:t>2) **〜ば**: 'A하면 B하다'라는 논리적 일반 조건. 속담이나 원칙에 자주 쓰임.</w:t>
        <w:br/>
        <w:t>3) **〜たら**: 회화에서 가장 널리 쓰이며, 앞 행동이 완료된 후 뒷 행동이 일어남 (~하고 나면). 의지/부탁 가능.</w:t>
        <w:br/>
        <w:t>4) **〜なら**: 상대방의 말을 받아 '그 화제라면 ~해라'라고 조언할 때 씀. 시간 순서가 뒤바뀔 수 있음 (일본에 갈 거라면 미리 환전해라).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[N3-N2] 추량 · 양태 · 전언 (推量・様態・伝聞)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직관/모습 (~そうだ) vs 오감/정황 근거 추측 (~ようだ) vs 소문/전형성 (~らしい) vs 주관적 추측 (~だろう)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• **양태의 〜そうだ**: 눈앞의 시각적 형태를 보고 직관적으로 느끼는 것 (今にも雨が降りそうだ 금방이라도 비가 올 것 같다).</w:t>
        <w:br/>
        <w:t>• **비유/추측의 〜ようだ**: 오감(소리, 냄새, 분위기)이나 정황 근거를 바탕으로 논리적으로 추측할 때 (誰か来たようだ 누군가 온 것 같다).</w:t>
        <w:br/>
        <w:t>• **전형성/소문의 〜らしい**: 객관적인 정보원이나 소문에 근거할 때 (来週雪が降るらしい 다음 주 눈이 온다더군).</w:t>
        <w:br/>
        <w:t>• **전언의 〜そうだ**: 남에게 들은 말을 그대로 전달할 때 (~라고 한다).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[N3-N2] 희망과 목적 표현: 〜たい vs 〜てほしい vs 〜ように vs 〜ために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내가 ~하고 싶다(たい) vs 남이 ~해주길 바란다(てほしい) vs ~하도록/할 수 있게(ように - 무의지/가능) vs ~를 위해(ために - 의지/명사)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「〜ために」는 앞뒤 주어가 같고 화자의 의지적 행위(~를 위해 시험을 보다)에 쓰입니다. 반면 「〜ように」는 앞문장에 가능형이나 상태, 부정형이 와서 '그런 상태가 실현되도록' 노력할 때 씁니다.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[N3-N2] 능력과 가능 표현: 가능동사 vs 〜ことができる vs 〜ようになる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~할 수 있다 (어학, 운전 등 내재된 능력) vs ~하는 것이 가능하다 (규칙, 시설 등 객관적 환경) vs ~하게 되다 (능력 습득의 변화)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가능동사는 화자의 숙련된 능력을 나타내며, 목적어에 조사 「が」를 취하는 것이 기본입니다 (日本語が話せる). 「〜ことができる」는 도서관에서 대출이 가능하다는 등 외부적 조건/규칙에 자주 쓰입니다. 「〜ようになる」는 이전에는 못 하던 것을 학습을 통해 '할 수 있게 변화한 과정'을 강조합니다.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[N3-N2] 변화와 결정 표현: 〜くなる/になる vs 〜ことにする vs 〜ことになる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~해지다/~가 되다 (자연 변화) vs ~하기로 하다 (자신의 주관적 결심) vs ~하게 되다 (외부 규칙/조직의 결정, 자연스러운 귀결)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면접에서 '내가 결심한 동기'를 말할 때는 「〜ことにしました」를 쓰고, '합격 통지나 장학금 수령, 공식 일정' 등 외부 결정 사항을 말할 때는 「〜ことになりました」를 구분해 써야 합니다.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[N3-N2] 복합동사 (複合動詞) 마스터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갑작스러운 시작(だす) vs 점진적 시작(はじめる) vs 동작의 완료(おわる) vs 완전히 다 해내다(きる) vs 모든 힘을 다 쏟아붓다(つくす)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동사 ます형 뒤에 다른 동사가 붙어 풍부한 뉘앙스를 만들어냅니다.</w:t>
        <w:br/>
        <w:t>• 「〜だす」는 비가 쏟아지듯 '돌발적/급격한 개시'를 뜻합니다.</w:t>
        <w:br/>
        <w:t>• 「〜きる」는 마라톤을 완주하듯 '끝까지 완전히 다 해내다(또는 극도의 상태: 疲れきった)'를 뜻합니다.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[N2-N1] 원인과 이유 고급 문형: 〜によって vs 〜につき vs 〜あまり vs 〜おかげで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~에 의해/~에 따라(によって) vs ~이므로/~인 까닭에(につき - 격식 공지문) vs 너무 ~한 나머지(あまり) vs ~덕분에(おかげで) vs ~탓에(せいで)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학술 리포트와 면접에서 단순한 「から / ので」 대신 품격 있는 원인/이유 문형을 구사해야 합니다.</w:t>
        <w:br/>
        <w:t>• 「〜によって」: 수단, 원인, 다양성(~에 따라 다르다)을 나타내는 만능 고급 표현.</w:t>
        <w:br/>
        <w:t>• 「〜あまり」: 너무 긴장하거나 기쁜 감정이 극에 달해 비정상적인 결과가 일어났을 때 씀.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[N2-N1] 한정과 첨가 · 강조 문형: 〜に限って vs 〜ばかりか vs 〜どころか vs 〜のみならず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하필 ~만(に限って) vs ~뿐만 아니라 그 이상으로(ばかりか) vs ~는커녕 정반대로(どころか) vs 비단 ~뿐만 아니라(のみならず - 격식 학술체)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• 「〜に限って」: 하필이면 평소와 달리 곤란한 일이 겹칠 때 (우산을 안 가져온 날 하필 비가 오다).</w:t>
        <w:br/>
        <w:t>• 「〜どころか」: A는커녕 오히려 그보다 훨씬 심한 B이다.</w:t>
        <w:br/>
        <w:t>• 「〜のみならず」: 학술 논문 및 토론에서 'A뿐만 아니라 B 또한'을 품격 있게 서술할 때 필수 구문.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[N2-N1] 시간과 계기 문형: 〜とたん(に) vs 〜次第 vs 〜を契機に vs 〜にあたって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~한 순간 바로(とたん - 의외의 결과) vs ~가 완료되는 즉시(次第 - 비즈니스 약속) vs ~를 전환점으로 삼아(を契機に) vs 특별한 일을 맞이하여(にあたって)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• 「〜とたん(に)」: A 동작을 한 바로 그 순간 의도치 않은 뜻밖의 사태 B가 일어남.</w:t>
        <w:br/>
        <w:t>• 「〜次第」: 앞 조건이 충족되자마자 즉시 다음 행동을 하겠다는 정중한 비즈니스 약속 (확인되는 대로 연락드리겠습니다).</w:t>
        <w:br/>
        <w:t>• 「〜を契機に」: 인생의 중요한 전환점/동기를 면접에서 피력할 때 핵심 키워드.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[N2-N1] 역접 및 양보 고급 문형: 〜にもかかわらず vs 〜ものの vs 〜反面 vs 〜くせに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상식적으로 예상되는 결과에 반하여(にもかかわらず) vs 사실을 인정하지만 뒤에 단서(ものの) vs 두 가지 상반된 성질의 공존(反面) vs 비난조의 역접(くせに)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• 「〜にもかかわらず」: 비가 오는데도 불구하고 행사를 강행하듯 객관적 장애를 딛고 무언가를 실행할 때 씀.</w:t>
        <w:br/>
        <w:t>• 「〜ものの」: 봄이 오긴 했지만 아직 춥다는 식의 조심스러운 유보/단서.</w:t>
        <w:br/>
        <w:t>• 「〜反面」: 편리하지만 위험성이 있다는 식의 양면성 분석에 학술 토론에서 자주 쓰임.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[N2-N1] N1/N2 고급 4대 결단 문형: 〜わけにはいかない / 〜ざるを得ない / 〜にほかならない / 〜まい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사회적 도의상 ~할 수 없다 vs 어쩔 수 없이 ~해야만 한다 vs 다름 아닌 바로 ~때문이다 vs 결코 ~하지 않겠다(강한 부정 의지)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EJU 논술 및 일본 10대 명문대 면접에서 최고의 지적 논리력을 증명하는 4대 결단 문형입니다.</w:t>
        <w:br/>
        <w:t>• 「〜まい」: '두 번 다시 같은 실수를 반복하지 않겠다(繰り返すまい)'라는 결연한 의지를 나타냅니다.</w:t>
        <w:br/>
        <w:t>• 「〜にほかならない」: 내가 이 학과를 선택한 것은 바로 교수님의 연구 때문이라는 확신에 찬 결론 도출.</w:t>
      </w:r>
    </w:p>
    <w:p>
      <w:pPr>
        <w:spacing w:after="80"/>
      </w:pPr>
    </w:p>
    <w:p>
      <w:pPr>
        <w:spacing w:after="60" w:line="276" w:lineRule="auto"/>
      </w:pPr>
      <w:r>
        <w:rPr>
          <w:rFonts w:ascii="UD Digi Kyokasho NK-B" w:hAnsi="UD Digi Kyokasho NK-B"/>
          <w:b/>
          <w:color w:val="000000"/>
          <w:sz w:val="24"/>
        </w:rPr>
        <w:t>[N1] N1 최고급 학술·격식 문형: 〜を余儀なくされる / 〜極まりない / 〜に耐えない / 〜ならではの</w:t>
      </w:r>
    </w:p>
    <w:p>
      <w:pPr>
        <w:spacing w:after="60" w:line="276" w:lineRule="auto"/>
      </w:pPr>
      <w:r>
        <w:rPr>
          <w:rFonts w:ascii="맑은 고딕" w:hAnsi="맑은 고딕"/>
          <w:b/>
          <w:color w:val="000000"/>
          <w:sz w:val="22"/>
        </w:rPr>
        <w:t>• 의미: 외부 상황에 의해 어쩔 수 없이 ~하게 되다(を余儀なくされる) vs 더할 나위 없이 극도로 ~하다(極まりない) vs 깊은 감정을 주체할 수 없다(に耐えない) vs 오직 그 대상만이 가진 독보적인(ならではの)</w:t>
      </w:r>
    </w:p>
    <w:p>
      <w:pPr>
        <w:spacing w:after="60" w:line="276" w:lineRule="auto"/>
      </w:pPr>
      <w:r>
        <w:rPr>
          <w:rFonts w:ascii="맑은 고딕" w:hAnsi="맑은 고딕"/>
          <w:b w:val="0"/>
          <w:color w:val="000000"/>
          <w:sz w:val="21"/>
        </w:rPr>
        <w:t>• 해설: 신문 사설, 학술 논문, 최고 난도 입시 구술 면접에서 등장하는 N1 최고급 문형들입니다.</w:t>
        <w:br/>
        <w:t>• 「〜ならではの」: 오직 그 대학, 그 교수 연구실만이 가진 독보적인 강점을 칭송할 때 필수.</w:t>
        <w:br/>
        <w:t>• 「〜を余儀なくされる」: 재난이나 전쟁, 법 개정 등으로 인해 불가피하게 계획을 수정당했을 때 사용.</w:t>
      </w:r>
    </w:p>
    <w:p>
      <w:pPr>
        <w:spacing w:after="80"/>
      </w:pPr>
    </w:p>
    <w:sectPr w:rsidR="00FC693F" w:rsidRPr="0006063C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