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맑은 고딕" w:hAnsi="맑은 고딕"/>
          <w:b/>
          <w:color w:val="000000"/>
          <w:sz w:val="32"/>
        </w:rPr>
        <w:t>일본 실생활 회화 20선 교재 (통합본)</w:t>
      </w:r>
    </w:p>
    <w:p>
      <w:pPr>
        <w:jc w:val="center"/>
      </w:pPr>
      <w:r>
        <w:rPr>
          <w:rFonts w:ascii="맑은 고딕" w:hAnsi="맑은 고딕"/>
          <w:color w:val="475569"/>
          <w:sz w:val="20"/>
        </w:rPr>
        <w:t>20대 실전 상황별 롤플레잉 대화집 | leesuzukifamily</w:t>
      </w:r>
    </w:p>
    <w:p>
      <w:pPr>
        <w:spacing w:after="160"/>
      </w:pPr>
    </w:p>
    <w:p>
      <w:pPr>
        <w:spacing w:after="60" w:line="276" w:lineRule="auto"/>
      </w:pPr>
      <w:r>
        <w:rPr>
          <w:rFonts w:ascii="맑은 고딕" w:hAnsi="맑은 고딕"/>
          <w:b/>
          <w:color w:val="000000"/>
          <w:sz w:val="24"/>
        </w:rPr>
        <w:t>【상황 D01】 空港の入国審査 (공항 입국심사) - 나리타/하네다 공항 도착 후 입국심사관과의 체류 목적 및 기간 질답</w:t>
      </w:r>
    </w:p>
    <w:p>
      <w:pPr>
        <w:spacing w:after="40"/>
      </w:pPr>
      <w:r>
        <w:rPr>
          <w:rFonts w:ascii="맑은 고딕" w:hAnsi="맑은 고딕"/>
          <w:b/>
          <w:sz w:val="22"/>
        </w:rPr>
        <w:t xml:space="preserve">[심사관]: </w:t>
      </w:r>
      <w:r>
        <w:rPr>
          <w:rFonts w:ascii="UD Digi Kyokasho NK-B" w:hAnsi="UD Digi Kyokasho NK-B"/>
          <w:sz w:val="22"/>
        </w:rPr>
        <w:t xml:space="preserve">パスポートと入国カードをご提示ください。入国の目的は何ですか。 </w:t>
      </w:r>
      <w:r>
        <w:rPr>
          <w:rFonts w:ascii="맑은 고딕" w:hAnsi="맑은 고딕"/>
          <w:color w:val="475569"/>
          <w:sz w:val="20"/>
        </w:rPr>
        <w:t>(여권과 입국신고서를 제시해 주십시오. 입국 목적은 무엇입니까?)</w:t>
      </w:r>
    </w:p>
    <w:p>
      <w:pPr>
        <w:spacing w:after="40"/>
      </w:pPr>
      <w:r>
        <w:rPr>
          <w:rFonts w:ascii="맑은 고딕" w:hAnsi="맑은 고딕"/>
          <w:b/>
          <w:sz w:val="22"/>
        </w:rPr>
        <w:t xml:space="preserve">[나]: </w:t>
      </w:r>
      <w:r>
        <w:rPr>
          <w:rFonts w:ascii="UD Digi Kyokasho NK-B" w:hAnsi="UD Digi Kyokasho NK-B"/>
          <w:sz w:val="22"/>
        </w:rPr>
        <w:t xml:space="preserve">留学です。来月から東京の大学で勉強する予定です。 </w:t>
      </w:r>
      <w:r>
        <w:rPr>
          <w:rFonts w:ascii="맑은 고딕" w:hAnsi="맑은 고딕"/>
          <w:color w:val="475569"/>
          <w:sz w:val="20"/>
        </w:rPr>
        <w:t>(유학입니다. 다음 달부터 도쿄의 대학에서 공부할 예정입니다.)</w:t>
      </w:r>
    </w:p>
    <w:p>
      <w:pPr>
        <w:spacing w:after="40"/>
      </w:pPr>
      <w:r>
        <w:rPr>
          <w:rFonts w:ascii="맑은 고딕" w:hAnsi="맑은 고딕"/>
          <w:b/>
          <w:sz w:val="22"/>
        </w:rPr>
        <w:t xml:space="preserve">[심사관]: </w:t>
      </w:r>
      <w:r>
        <w:rPr>
          <w:rFonts w:ascii="UD Digi Kyokasho NK-B" w:hAnsi="UD Digi Kyokasho NK-B"/>
          <w:sz w:val="22"/>
        </w:rPr>
        <w:t xml:space="preserve">滞在期間はどのくらいを予定されていますか。 </w:t>
      </w:r>
      <w:r>
        <w:rPr>
          <w:rFonts w:ascii="맑은 고딕" w:hAnsi="맑은 고딕"/>
          <w:color w:val="475569"/>
          <w:sz w:val="20"/>
        </w:rPr>
        <w:t>(체류 기간은 어느 정도로 예정하고 계십니까?)</w:t>
      </w:r>
    </w:p>
    <w:p>
      <w:pPr>
        <w:spacing w:after="40"/>
      </w:pPr>
      <w:r>
        <w:rPr>
          <w:rFonts w:ascii="맑은 고딕" w:hAnsi="맑은 고딕"/>
          <w:b/>
          <w:sz w:val="22"/>
        </w:rPr>
        <w:t xml:space="preserve">[나]: </w:t>
      </w:r>
      <w:r>
        <w:rPr>
          <w:rFonts w:ascii="UD Digi Kyokasho NK-B" w:hAnsi="UD Digi Kyokasho NK-B"/>
          <w:sz w:val="22"/>
        </w:rPr>
        <w:t xml:space="preserve">大学を卒業するまでの4年間を予定しております。こちらが入学許可証です。 </w:t>
      </w:r>
      <w:r>
        <w:rPr>
          <w:rFonts w:ascii="맑은 고딕" w:hAnsi="맑은 고딕"/>
          <w:color w:val="475569"/>
          <w:sz w:val="20"/>
        </w:rPr>
        <w:t>(대학을 졸업할 때까지의 4년간을 예정하고 있습니다. 이쪽이 입학허가서입니다.)</w:t>
      </w:r>
    </w:p>
    <w:p>
      <w:pPr>
        <w:spacing w:after="40"/>
      </w:pPr>
      <w:r>
        <w:rPr>
          <w:rFonts w:ascii="맑은 고딕" w:hAnsi="맑은 고딕"/>
          <w:b/>
          <w:sz w:val="22"/>
        </w:rPr>
        <w:t xml:space="preserve">[심사관]: </w:t>
      </w:r>
      <w:r>
        <w:rPr>
          <w:rFonts w:ascii="UD Digi Kyokasho NK-B" w:hAnsi="UD Digi Kyokasho NK-B"/>
          <w:sz w:val="22"/>
        </w:rPr>
        <w:t xml:space="preserve">確認いたしました。こちらの機械に両手の人差し指を乗せてください。 </w:t>
      </w:r>
      <w:r>
        <w:rPr>
          <w:rFonts w:ascii="맑은 고딕" w:hAnsi="맑은 고딕"/>
          <w:color w:val="475569"/>
          <w:sz w:val="20"/>
        </w:rPr>
        <w:t>(확인했습니다. 이쪽 기계에 양손 검지손가락을 올려주세요.)</w:t>
      </w:r>
    </w:p>
    <w:p>
      <w:pPr>
        <w:spacing w:after="40"/>
      </w:pPr>
      <w:r>
        <w:rPr>
          <w:rFonts w:ascii="맑은 고딕" w:hAnsi="맑은 고딕"/>
          <w:b/>
          <w:sz w:val="22"/>
        </w:rPr>
        <w:t xml:space="preserve">[나]: </w:t>
      </w:r>
      <w:r>
        <w:rPr>
          <w:rFonts w:ascii="UD Digi Kyokasho NK-B" w:hAnsi="UD Digi Kyokasho NK-B"/>
          <w:sz w:val="22"/>
        </w:rPr>
        <w:t xml:space="preserve">はい、わかりました。資格外活動許可の申請書も提出したいのですが。 </w:t>
      </w:r>
      <w:r>
        <w:rPr>
          <w:rFonts w:ascii="맑은 고딕" w:hAnsi="맑은 고딕"/>
          <w:color w:val="475569"/>
          <w:sz w:val="20"/>
        </w:rPr>
        <w:t>(네, 알겠습니다. 자격외활동허가(아르바이트) 신청서도 제출하고 싶은데요.)</w:t>
      </w:r>
    </w:p>
    <w:p>
      <w:pPr>
        <w:spacing w:after="40"/>
      </w:pPr>
      <w:r>
        <w:rPr>
          <w:rFonts w:ascii="맑은 고딕" w:hAnsi="맑은 고딕"/>
          <w:b/>
          <w:sz w:val="22"/>
        </w:rPr>
        <w:t xml:space="preserve">[심사관]: </w:t>
      </w:r>
      <w:r>
        <w:rPr>
          <w:rFonts w:ascii="UD Digi Kyokasho NK-B" w:hAnsi="UD Digi Kyokasho NK-B"/>
          <w:sz w:val="22"/>
        </w:rPr>
        <w:t xml:space="preserve">承知いたしました。裏面に許可印を押印した在留カードをお渡しします。 </w:t>
      </w:r>
      <w:r>
        <w:rPr>
          <w:rFonts w:ascii="맑은 고딕" w:hAnsi="맑은 고딕"/>
          <w:color w:val="475569"/>
          <w:sz w:val="20"/>
        </w:rPr>
        <w:t>(알겠습니다. 뒷면에 허가인을 날인한 재류카드를 전달해 드리겠습니다.)</w:t>
      </w:r>
    </w:p>
    <w:p>
      <w:pPr>
        <w:spacing w:after="120"/>
      </w:pPr>
    </w:p>
    <w:p>
      <w:pPr>
        <w:spacing w:after="60" w:line="276" w:lineRule="auto"/>
      </w:pPr>
      <w:r>
        <w:rPr>
          <w:rFonts w:ascii="맑은 고딕" w:hAnsi="맑은 고딕"/>
          <w:b/>
          <w:color w:val="000000"/>
          <w:sz w:val="24"/>
        </w:rPr>
        <w:t>【상황 D02】 区役所での住民登録 (구약소 주민등록 및 보험) - 일본 거주지 관할 구약소 창구에서 전입신고 및 국민건강보험 가입</w:t>
      </w:r>
    </w:p>
    <w:p>
      <w:pPr>
        <w:spacing w:after="40"/>
      </w:pPr>
      <w:r>
        <w:rPr>
          <w:rFonts w:ascii="맑은 고딕" w:hAnsi="맑은 고딕"/>
          <w:b/>
          <w:sz w:val="22"/>
        </w:rPr>
        <w:t xml:space="preserve">[공무원]: </w:t>
      </w:r>
      <w:r>
        <w:rPr>
          <w:rFonts w:ascii="UD Digi Kyokasho NK-B" w:hAnsi="UD Digi Kyokasho NK-B"/>
          <w:sz w:val="22"/>
        </w:rPr>
        <w:t xml:space="preserve">42번のお客様、窓口へどうぞ。本日はどのようなご用件でしょうか。 </w:t>
      </w:r>
      <w:r>
        <w:rPr>
          <w:rFonts w:ascii="맑은 고딕" w:hAnsi="맑은 고딕"/>
          <w:color w:val="475569"/>
          <w:sz w:val="20"/>
        </w:rPr>
        <w:t>(42번 손님, 창구로 오세요. 오늘은 어떤 용무이신가요?)</w:t>
      </w:r>
    </w:p>
    <w:p>
      <w:pPr>
        <w:spacing w:after="40"/>
      </w:pPr>
      <w:r>
        <w:rPr>
          <w:rFonts w:ascii="맑은 고딕" w:hAnsi="맑은 고딕"/>
          <w:b/>
          <w:sz w:val="22"/>
        </w:rPr>
        <w:t xml:space="preserve">[나]: </w:t>
      </w:r>
      <w:r>
        <w:rPr>
          <w:rFonts w:ascii="UD Digi Kyokasho NK-B" w:hAnsi="UD Digi Kyokasho NK-B"/>
          <w:sz w:val="22"/>
        </w:rPr>
        <w:t xml:space="preserve">新しくこちらに引っ越してきたので、転入届と保険の手続きをお願いします。 </w:t>
      </w:r>
      <w:r>
        <w:rPr>
          <w:rFonts w:ascii="맑은 고딕" w:hAnsi="맑은 고딕"/>
          <w:color w:val="475569"/>
          <w:sz w:val="20"/>
        </w:rPr>
        <w:t>(새로 이곳으로 이사 와서, 전입신고와 건강보험 수속을 부탁드립니다.)</w:t>
      </w:r>
    </w:p>
    <w:p>
      <w:pPr>
        <w:spacing w:after="40"/>
      </w:pPr>
      <w:r>
        <w:rPr>
          <w:rFonts w:ascii="맑은 고딕" w:hAnsi="맑은 고딕"/>
          <w:b/>
          <w:sz w:val="22"/>
        </w:rPr>
        <w:t xml:space="preserve">[공무원]: </w:t>
      </w:r>
      <w:r>
        <w:rPr>
          <w:rFonts w:ascii="UD Digi Kyokasho NK-B" w:hAnsi="UD Digi Kyokasho NK-B"/>
          <w:sz w:val="22"/>
        </w:rPr>
        <w:t xml:space="preserve">在留カードとパスポートをお預かりします。こちらの申請用紙にご記入いただけますか。 </w:t>
      </w:r>
      <w:r>
        <w:rPr>
          <w:rFonts w:ascii="맑은 고딕" w:hAnsi="맑은 고딕"/>
          <w:color w:val="475569"/>
          <w:sz w:val="20"/>
        </w:rPr>
        <w:t>(재류카드와 여권을 확인하겠습니다. 이쪽 신청 용지를 작성해 주시겠어요?)</w:t>
      </w:r>
    </w:p>
    <w:p>
      <w:pPr>
        <w:spacing w:after="40"/>
      </w:pPr>
      <w:r>
        <w:rPr>
          <w:rFonts w:ascii="맑은 고딕" w:hAnsi="맑은 고딕"/>
          <w:b/>
          <w:sz w:val="22"/>
        </w:rPr>
        <w:t xml:space="preserve">[나]: </w:t>
      </w:r>
      <w:r>
        <w:rPr>
          <w:rFonts w:ascii="UD Digi Kyokasho NK-B" w:hAnsi="UD Digi Kyokasho NK-B"/>
          <w:sz w:val="22"/>
        </w:rPr>
        <w:t xml:space="preserve">はい。フリガナはカタカナで書けばよろしいでしょうか。 </w:t>
      </w:r>
      <w:r>
        <w:rPr>
          <w:rFonts w:ascii="맑은 고딕" w:hAnsi="맑은 고딕"/>
          <w:color w:val="475569"/>
          <w:sz w:val="20"/>
        </w:rPr>
        <w:t>(네. 후리가나는 가타카나로 적으면 될까요?)</w:t>
      </w:r>
    </w:p>
    <w:p>
      <w:pPr>
        <w:spacing w:after="40"/>
      </w:pPr>
      <w:r>
        <w:rPr>
          <w:rFonts w:ascii="맑은 고딕" w:hAnsi="맑은 고딕"/>
          <w:b/>
          <w:sz w:val="22"/>
        </w:rPr>
        <w:t xml:space="preserve">[공무원]: </w:t>
      </w:r>
      <w:r>
        <w:rPr>
          <w:rFonts w:ascii="UD Digi Kyokasho NK-B" w:hAnsi="UD Digi Kyokasho NK-B"/>
          <w:sz w:val="22"/>
        </w:rPr>
        <w:t xml:space="preserve">はい、カタカナでお書きください。マイナンバーカードの発行もご希望ですか。 </w:t>
      </w:r>
      <w:r>
        <w:rPr>
          <w:rFonts w:ascii="맑은 고딕" w:hAnsi="맑은 고딕"/>
          <w:color w:val="475569"/>
          <w:sz w:val="20"/>
        </w:rPr>
        <w:t>(네, 가타카나로 적어주세요. 마이넘버카드 발급도 희망하십니까?)</w:t>
      </w:r>
    </w:p>
    <w:p>
      <w:pPr>
        <w:spacing w:after="40"/>
      </w:pPr>
      <w:r>
        <w:rPr>
          <w:rFonts w:ascii="맑은 고딕" w:hAnsi="맑은 고딕"/>
          <w:b/>
          <w:sz w:val="22"/>
        </w:rPr>
        <w:t xml:space="preserve">[나]: </w:t>
      </w:r>
      <w:r>
        <w:rPr>
          <w:rFonts w:ascii="UD Digi Kyokasho NK-B" w:hAnsi="UD Digi Kyokasho NK-B"/>
          <w:sz w:val="22"/>
        </w:rPr>
        <w:t xml:space="preserve">はい、マイナンバーカードも併せて申請したいです。 </w:t>
      </w:r>
      <w:r>
        <w:rPr>
          <w:rFonts w:ascii="맑은 고딕" w:hAnsi="맑은 고딕"/>
          <w:color w:val="475569"/>
          <w:sz w:val="20"/>
        </w:rPr>
        <w:t>(네, 마이넘버카드도 함께 신청하고 싶습니다.)</w:t>
      </w:r>
    </w:p>
    <w:p>
      <w:pPr>
        <w:spacing w:after="120"/>
      </w:pPr>
    </w:p>
    <w:p>
      <w:pPr>
        <w:spacing w:after="60" w:line="276" w:lineRule="auto"/>
      </w:pPr>
      <w:r>
        <w:rPr>
          <w:rFonts w:ascii="맑은 고딕" w:hAnsi="맑은 고딕"/>
          <w:b/>
          <w:color w:val="000000"/>
          <w:sz w:val="24"/>
        </w:rPr>
        <w:t>【상황 D03】 銀行口座の開設 (은행 계좌 및 직불카드 발급) - 유초은행/미쓰비시UFJ 창구에서 생활비 통장 및 캐시카드 신청</w:t>
      </w:r>
    </w:p>
    <w:p>
      <w:pPr>
        <w:spacing w:after="40"/>
      </w:pPr>
      <w:r>
        <w:rPr>
          <w:rFonts w:ascii="맑은 고딕" w:hAnsi="맑은 고딕"/>
          <w:b/>
          <w:sz w:val="22"/>
        </w:rPr>
        <w:t xml:space="preserve">[은행원]: </w:t>
      </w:r>
      <w:r>
        <w:rPr>
          <w:rFonts w:ascii="UD Digi Kyokasho NK-B" w:hAnsi="UD Digi Kyokasho NK-B"/>
          <w:sz w:val="22"/>
        </w:rPr>
        <w:t xml:space="preserve">いらっしゃいませ。口座開設のご相談ですね。本人確認書類はお持ちでしょうか。 </w:t>
      </w:r>
      <w:r>
        <w:rPr>
          <w:rFonts w:ascii="맑은 고딕" w:hAnsi="맑은 고딕"/>
          <w:color w:val="475569"/>
          <w:sz w:val="20"/>
        </w:rPr>
        <w:t>(어서 오세요. 계좌 개설 상담이시군요. 본인확인 서류를 지참하셨나요?)</w:t>
      </w:r>
    </w:p>
    <w:p>
      <w:pPr>
        <w:spacing w:after="40"/>
      </w:pPr>
      <w:r>
        <w:rPr>
          <w:rFonts w:ascii="맑은 고딕" w:hAnsi="맑은 고딕"/>
          <w:b/>
          <w:sz w:val="22"/>
        </w:rPr>
        <w:t xml:space="preserve">[나]: </w:t>
      </w:r>
      <w:r>
        <w:rPr>
          <w:rFonts w:ascii="UD Digi Kyokasho NK-B" w:hAnsi="UD Digi Kyokasho NK-B"/>
          <w:sz w:val="22"/>
        </w:rPr>
        <w:t xml:space="preserve">はい、住民票が記載された在留カードと学生証をお持ちしました。 </w:t>
      </w:r>
      <w:r>
        <w:rPr>
          <w:rFonts w:ascii="맑은 고딕" w:hAnsi="맑은 고딕"/>
          <w:color w:val="475569"/>
          <w:sz w:val="20"/>
        </w:rPr>
        <w:t>(네, 주민등록이 기재된 재류카드와 학생증을 가져왔습니다.)</w:t>
      </w:r>
    </w:p>
    <w:p>
      <w:pPr>
        <w:spacing w:after="40"/>
      </w:pPr>
      <w:r>
        <w:rPr>
          <w:rFonts w:ascii="맑은 고딕" w:hAnsi="맑은 고딕"/>
          <w:b/>
          <w:sz w:val="22"/>
        </w:rPr>
        <w:t xml:space="preserve">[은행원]: </w:t>
      </w:r>
      <w:r>
        <w:rPr>
          <w:rFonts w:ascii="UD Digi Kyokasho NK-B" w:hAnsi="UD Digi Kyokasho NK-B"/>
          <w:sz w:val="22"/>
        </w:rPr>
        <w:t xml:space="preserve">ありがとうございます。ご印鑑はお持ちですか。サインでも可能でございます。 </w:t>
      </w:r>
      <w:r>
        <w:rPr>
          <w:rFonts w:ascii="맑은 고딕" w:hAnsi="맑은 고딕"/>
          <w:color w:val="475569"/>
          <w:sz w:val="20"/>
        </w:rPr>
        <w:t>(감사합니다. 도장을 지참하셨나요? 서명으로도 가능합니다.)</w:t>
      </w:r>
    </w:p>
    <w:p>
      <w:pPr>
        <w:spacing w:after="40"/>
      </w:pPr>
      <w:r>
        <w:rPr>
          <w:rFonts w:ascii="맑은 고딕" w:hAnsi="맑은 고딕"/>
          <w:b/>
          <w:sz w:val="22"/>
        </w:rPr>
        <w:t xml:space="preserve">[나]: </w:t>
      </w:r>
      <w:r>
        <w:rPr>
          <w:rFonts w:ascii="UD Digi Kyokasho NK-B" w:hAnsi="UD Digi Kyokasho NK-B"/>
          <w:sz w:val="22"/>
        </w:rPr>
        <w:t xml:space="preserve">サインでお願いできますか。キャッシュカードにデビット機能はつけられますか。 </w:t>
      </w:r>
      <w:r>
        <w:rPr>
          <w:rFonts w:ascii="맑은 고딕" w:hAnsi="맑은 고딕"/>
          <w:color w:val="475569"/>
          <w:sz w:val="20"/>
        </w:rPr>
        <w:t>(서명으로 부탁드려도 될까요? 캐시카드에 데빗(직불) 기능을 넣을 수 있나요?)</w:t>
      </w:r>
    </w:p>
    <w:p>
      <w:pPr>
        <w:spacing w:after="40"/>
      </w:pPr>
      <w:r>
        <w:rPr>
          <w:rFonts w:ascii="맑은 고딕" w:hAnsi="맑은 고딕"/>
          <w:b/>
          <w:sz w:val="22"/>
        </w:rPr>
        <w:t xml:space="preserve">[은행원]: </w:t>
      </w:r>
      <w:r>
        <w:rPr>
          <w:rFonts w:ascii="UD Digi Kyokasho NK-B" w:hAnsi="UD Digi Kyokasho NK-B"/>
          <w:sz w:val="22"/>
        </w:rPr>
        <w:t xml:space="preserve">はい、年会費無料のデビットカードを一体型でお申し込みいただけます。 </w:t>
      </w:r>
      <w:r>
        <w:rPr>
          <w:rFonts w:ascii="맑은 고딕" w:hAnsi="맑은 고딕"/>
          <w:color w:val="475569"/>
          <w:sz w:val="20"/>
        </w:rPr>
        <w:t>(네, 연회비 무료의 데빗카드를 일체형으로 신청하실 수 있습니다.)</w:t>
      </w:r>
    </w:p>
    <w:p>
      <w:pPr>
        <w:spacing w:after="120"/>
      </w:pPr>
    </w:p>
    <w:p>
      <w:pPr>
        <w:spacing w:after="60" w:line="276" w:lineRule="auto"/>
      </w:pPr>
      <w:r>
        <w:rPr>
          <w:rFonts w:ascii="맑은 고딕" w:hAnsi="맑은 고딕"/>
          <w:b/>
          <w:color w:val="000000"/>
          <w:sz w:val="24"/>
        </w:rPr>
        <w:t>【상황 D04】 ゴミの分別と出し方 (쓰레기 분리배출 규칙) - 맨션 관리인에게 가연성, 불연성, 자원 쓰레기 배출 요일과 규칙 문의</w:t>
      </w:r>
    </w:p>
    <w:p>
      <w:pPr>
        <w:spacing w:after="40"/>
      </w:pPr>
      <w:r>
        <w:rPr>
          <w:rFonts w:ascii="맑은 고딕" w:hAnsi="맑은 고딕"/>
          <w:b/>
          <w:sz w:val="22"/>
        </w:rPr>
        <w:t xml:space="preserve">[관리인]: </w:t>
      </w:r>
      <w:r>
        <w:rPr>
          <w:rFonts w:ascii="UD Digi Kyokasho NK-B" w:hAnsi="UD Digi Kyokasho NK-B"/>
          <w:sz w:val="22"/>
        </w:rPr>
        <w:t xml:space="preserve">こんにちは。ゴミの出し方で何か分からないことはありますか。 </w:t>
      </w:r>
      <w:r>
        <w:rPr>
          <w:rFonts w:ascii="맑은 고딕" w:hAnsi="맑은 고딕"/>
          <w:color w:val="475569"/>
          <w:sz w:val="20"/>
        </w:rPr>
        <w:t>(안녕하세요. 쓰레기 배출 방법에서 뭔가 모르는 점이 있으신가요?)</w:t>
      </w:r>
    </w:p>
    <w:p>
      <w:pPr>
        <w:spacing w:after="40"/>
      </w:pPr>
      <w:r>
        <w:rPr>
          <w:rFonts w:ascii="맑은 고딕" w:hAnsi="맑은 고딕"/>
          <w:b/>
          <w:sz w:val="22"/>
        </w:rPr>
        <w:t xml:space="preserve">[나]: </w:t>
      </w:r>
      <w:r>
        <w:rPr>
          <w:rFonts w:ascii="UD Digi Kyokasho NK-B" w:hAnsi="UD Digi Kyokasho NK-B"/>
          <w:sz w:val="22"/>
        </w:rPr>
        <w:t xml:space="preserve">燃えるゴミとペットボトルの出す曜日を教えていただけますでしょうか。 </w:t>
      </w:r>
      <w:r>
        <w:rPr>
          <w:rFonts w:ascii="맑은 고딕" w:hAnsi="맑은 고딕"/>
          <w:color w:val="475569"/>
          <w:sz w:val="20"/>
        </w:rPr>
        <w:t>(타는 쓰레기와 페트병을 배출하는 요일을 알려주실 수 있을까요?)</w:t>
      </w:r>
    </w:p>
    <w:p>
      <w:pPr>
        <w:spacing w:after="40"/>
      </w:pPr>
      <w:r>
        <w:rPr>
          <w:rFonts w:ascii="맑은 고딕" w:hAnsi="맑은 고딕"/>
          <w:b/>
          <w:sz w:val="22"/>
        </w:rPr>
        <w:t xml:space="preserve">[관리인]: </w:t>
      </w:r>
      <w:r>
        <w:rPr>
          <w:rFonts w:ascii="UD Digi Kyokasho NK-B" w:hAnsi="UD Digi Kyokasho NK-B"/>
          <w:sz w:val="22"/>
        </w:rPr>
        <w:t xml:space="preserve">燃えるゴミは火曜と金曜の朝8時までです。ペットボトルは水曜日ですよ。 </w:t>
      </w:r>
      <w:r>
        <w:rPr>
          <w:rFonts w:ascii="맑은 고딕" w:hAnsi="맑은 고딕"/>
          <w:color w:val="475569"/>
          <w:sz w:val="20"/>
        </w:rPr>
        <w:t>(타는 쓰레기는 화요일과 금요일 아침 8시까지입니다. 페트병은 수요일이에요.)</w:t>
      </w:r>
    </w:p>
    <w:p>
      <w:pPr>
        <w:spacing w:after="40"/>
      </w:pPr>
      <w:r>
        <w:rPr>
          <w:rFonts w:ascii="맑은 고딕" w:hAnsi="맑은 고딕"/>
          <w:b/>
          <w:sz w:val="22"/>
        </w:rPr>
        <w:t xml:space="preserve">[나]: </w:t>
      </w:r>
      <w:r>
        <w:rPr>
          <w:rFonts w:ascii="UD Digi Kyokasho NK-B" w:hAnsi="UD Digi Kyokasho NK-B"/>
          <w:sz w:val="22"/>
        </w:rPr>
        <w:t xml:space="preserve">ペットボトルのキャップとラベルは外してプラスチックゴミで合っていますか。 </w:t>
      </w:r>
      <w:r>
        <w:rPr>
          <w:rFonts w:ascii="맑은 고딕" w:hAnsi="맑은 고딕"/>
          <w:color w:val="475569"/>
          <w:sz w:val="20"/>
        </w:rPr>
        <w:t>(페트병 뚜껑과 라벨은 떼어내서 플라스틱 쓰레기로 버리는 것이 맞나요?)</w:t>
      </w:r>
    </w:p>
    <w:p>
      <w:pPr>
        <w:spacing w:after="40"/>
      </w:pPr>
      <w:r>
        <w:rPr>
          <w:rFonts w:ascii="맑은 고딕" w:hAnsi="맑은 고딕"/>
          <w:b/>
          <w:sz w:val="22"/>
        </w:rPr>
        <w:t xml:space="preserve">[관리인]: </w:t>
      </w:r>
      <w:r>
        <w:rPr>
          <w:rFonts w:ascii="UD Digi Kyokasho NK-B" w:hAnsi="UD Digi Kyokasho NK-B"/>
          <w:sz w:val="22"/>
        </w:rPr>
        <w:t xml:space="preserve">その通りです。中を軽く水ですすいでから専用のネットに入れてくださいね。 </w:t>
      </w:r>
      <w:r>
        <w:rPr>
          <w:rFonts w:ascii="맑은 고딕" w:hAnsi="맑은 고딕"/>
          <w:color w:val="475569"/>
          <w:sz w:val="20"/>
        </w:rPr>
        <w:t>(맞습니다. 안을 가볍게 물로 헹군 뒤 전용 그물망에 넣어주세요.)</w:t>
      </w:r>
    </w:p>
    <w:p>
      <w:pPr>
        <w:spacing w:after="120"/>
      </w:pPr>
    </w:p>
    <w:p>
      <w:pPr>
        <w:spacing w:after="60" w:line="276" w:lineRule="auto"/>
      </w:pPr>
      <w:r>
        <w:rPr>
          <w:rFonts w:ascii="맑은 고딕" w:hAnsi="맑은 고딕"/>
          <w:b/>
          <w:color w:val="000000"/>
          <w:sz w:val="24"/>
        </w:rPr>
        <w:t>【상황 D05】 病院での診察と処方箋 (병원 진료 및 처방전) - 내과 클리닉에서 의사에게 증상(발열, 인후통) 설명 및 처방전 수령</w:t>
      </w:r>
    </w:p>
    <w:p>
      <w:pPr>
        <w:spacing w:after="40"/>
      </w:pPr>
      <w:r>
        <w:rPr>
          <w:rFonts w:ascii="맑은 고딕" w:hAnsi="맑은 고딕"/>
          <w:b/>
          <w:sz w:val="22"/>
        </w:rPr>
        <w:t xml:space="preserve">[의사]: </w:t>
      </w:r>
      <w:r>
        <w:rPr>
          <w:rFonts w:ascii="UD Digi Kyokasho NK-B" w:hAnsi="UD Digi Kyokasho NK-B"/>
          <w:sz w:val="22"/>
        </w:rPr>
        <w:t xml:space="preserve">李さん、診察室へどうぞ。今日はどうされましたか。 </w:t>
      </w:r>
      <w:r>
        <w:rPr>
          <w:rFonts w:ascii="맑은 고딕" w:hAnsi="맑은 고딕"/>
          <w:color w:val="475569"/>
          <w:sz w:val="20"/>
        </w:rPr>
        <w:t>(이 씨, 진료실로 들어오세요. 오늘은 어디가 불편하신가요?)</w:t>
      </w:r>
    </w:p>
    <w:p>
      <w:pPr>
        <w:spacing w:after="40"/>
      </w:pPr>
      <w:r>
        <w:rPr>
          <w:rFonts w:ascii="맑은 고딕" w:hAnsi="맑은 고딕"/>
          <w:b/>
          <w:sz w:val="22"/>
        </w:rPr>
        <w:t xml:space="preserve">[나]: </w:t>
      </w:r>
      <w:r>
        <w:rPr>
          <w:rFonts w:ascii="UD Digi Kyokasho NK-B" w:hAnsi="UD Digi Kyokasho NK-B"/>
          <w:sz w:val="22"/>
        </w:rPr>
        <w:t xml:space="preserve">一昨日から喉が痛くて、昨夜から38度の熱が出てしまいました。 </w:t>
      </w:r>
      <w:r>
        <w:rPr>
          <w:rFonts w:ascii="맑은 고딕" w:hAnsi="맑은 고딕"/>
          <w:color w:val="475569"/>
          <w:sz w:val="20"/>
        </w:rPr>
        <w:t>(그저께부터 목이 아프고, 어젯밤부터 38도의 열이 나기 시작했습니다.)</w:t>
      </w:r>
    </w:p>
    <w:p>
      <w:pPr>
        <w:spacing w:after="40"/>
      </w:pPr>
      <w:r>
        <w:rPr>
          <w:rFonts w:ascii="맑은 고딕" w:hAnsi="맑은 고딕"/>
          <w:b/>
          <w:sz w:val="22"/>
        </w:rPr>
        <w:t xml:space="preserve">[의사]: </w:t>
      </w:r>
      <w:r>
        <w:rPr>
          <w:rFonts w:ascii="UD Digi Kyokasho NK-B" w:hAnsi="UD Digi Kyokasho NK-B"/>
          <w:sz w:val="22"/>
        </w:rPr>
        <w:t xml:space="preserve">咳や鼻水、関節の痛みはありますか。アレルギーなどはございませんか。 </w:t>
      </w:r>
      <w:r>
        <w:rPr>
          <w:rFonts w:ascii="맑은 고딕" w:hAnsi="맑은 고딕"/>
          <w:color w:val="475569"/>
          <w:sz w:val="20"/>
        </w:rPr>
        <w:t>(기침이나 콧물, 관절 통증이 있나요? 약 알레르기는 없으신지요?)</w:t>
      </w:r>
    </w:p>
    <w:p>
      <w:pPr>
        <w:spacing w:after="40"/>
      </w:pPr>
      <w:r>
        <w:rPr>
          <w:rFonts w:ascii="맑은 고딕" w:hAnsi="맑은 고딕"/>
          <w:b/>
          <w:sz w:val="22"/>
        </w:rPr>
        <w:t xml:space="preserve">[나]: </w:t>
      </w:r>
      <w:r>
        <w:rPr>
          <w:rFonts w:ascii="UD Digi Kyokasho NK-B" w:hAnsi="UD Digi Kyokasho NK-B"/>
          <w:sz w:val="22"/>
        </w:rPr>
        <w:t xml:space="preserve">少し咳が出ます。抗生物質でアレルギーが出たことはありません。 </w:t>
      </w:r>
      <w:r>
        <w:rPr>
          <w:rFonts w:ascii="맑은 고딕" w:hAnsi="맑은 고딕"/>
          <w:color w:val="475569"/>
          <w:sz w:val="20"/>
        </w:rPr>
        <w:t>(기침이 조금 납니다. 항생제 알레르기가 난 적은 없습니다.)</w:t>
      </w:r>
    </w:p>
    <w:p>
      <w:pPr>
        <w:spacing w:after="40"/>
      </w:pPr>
      <w:r>
        <w:rPr>
          <w:rFonts w:ascii="맑은 고딕" w:hAnsi="맑은 고딕"/>
          <w:b/>
          <w:sz w:val="22"/>
        </w:rPr>
        <w:t xml:space="preserve">[의사]: </w:t>
      </w:r>
      <w:r>
        <w:rPr>
          <w:rFonts w:ascii="UD Digi Kyokasho NK-B" w:hAnsi="UD Digi Kyokasho NK-B"/>
          <w:sz w:val="22"/>
        </w:rPr>
        <w:t xml:space="preserve">喉がかなり腫れていますね。解熱剤とうがい薬を処方しておきます。 </w:t>
      </w:r>
      <w:r>
        <w:rPr>
          <w:rFonts w:ascii="맑은 고딕" w:hAnsi="맑은 고딕"/>
          <w:color w:val="475569"/>
          <w:sz w:val="20"/>
        </w:rPr>
        <w:t>(목이 꽤 부었네요. 해열제와 가글 약을 처방해 드리겠습니다.)</w:t>
      </w:r>
    </w:p>
    <w:p>
      <w:pPr>
        <w:spacing w:after="120"/>
      </w:pPr>
    </w:p>
    <w:p>
      <w:pPr>
        <w:spacing w:after="60" w:line="276" w:lineRule="auto"/>
      </w:pPr>
      <w:r>
        <w:rPr>
          <w:rFonts w:ascii="맑은 고딕" w:hAnsi="맑은 고딕"/>
          <w:b/>
          <w:color w:val="000000"/>
          <w:sz w:val="24"/>
        </w:rPr>
        <w:t>【상황 D06】 居酒屋での注文 (이자카야 주문 및 분할 결제) - 친구들과 이자카야에서 오토오시 확인, 인기 메뉴 주문 및 더치페이</w:t>
      </w:r>
    </w:p>
    <w:p>
      <w:pPr>
        <w:spacing w:after="40"/>
      </w:pPr>
      <w:r>
        <w:rPr>
          <w:rFonts w:ascii="맑은 고딕" w:hAnsi="맑은 고딕"/>
          <w:b/>
          <w:sz w:val="22"/>
        </w:rPr>
        <w:t xml:space="preserve">[점원]: </w:t>
      </w:r>
      <w:r>
        <w:rPr>
          <w:rFonts w:ascii="UD Digi Kyokasho NK-B" w:hAnsi="UD Digi Kyokasho NK-B"/>
          <w:sz w:val="22"/>
        </w:rPr>
        <w:t xml:space="preserve">いらっしゃいませ、何名様でしょうか。お席へご案内いたします。 </w:t>
      </w:r>
      <w:r>
        <w:rPr>
          <w:rFonts w:ascii="맑은 고딕" w:hAnsi="맑은 고딕"/>
          <w:color w:val="475569"/>
          <w:sz w:val="20"/>
        </w:rPr>
        <w:t>(어서 오세요, 몇 분이신가요? 자리로 안내해 드리겠습니다.)</w:t>
      </w:r>
    </w:p>
    <w:p>
      <w:pPr>
        <w:spacing w:after="40"/>
      </w:pPr>
      <w:r>
        <w:rPr>
          <w:rFonts w:ascii="맑은 고딕" w:hAnsi="맑은 고딕"/>
          <w:b/>
          <w:sz w:val="22"/>
        </w:rPr>
        <w:t xml:space="preserve">[나]: </w:t>
      </w:r>
      <w:r>
        <w:rPr>
          <w:rFonts w:ascii="UD Digi Kyokasho NK-B" w:hAnsi="UD Digi Kyokasho NK-B"/>
          <w:sz w:val="22"/>
        </w:rPr>
        <w:t xml:space="preserve">3名です。とりあえず生ビールを3つと、焼き鳥の盛り合わせをお願いします。 </w:t>
      </w:r>
      <w:r>
        <w:rPr>
          <w:rFonts w:ascii="맑은 고딕" w:hAnsi="맑은 고딕"/>
          <w:color w:val="475569"/>
          <w:sz w:val="20"/>
        </w:rPr>
        <w:t>(3명입니다. 우선 생맥주 3잔과 모둠 닭꼬치를 부탁드립니다.)</w:t>
      </w:r>
    </w:p>
    <w:p>
      <w:pPr>
        <w:spacing w:after="40"/>
      </w:pPr>
      <w:r>
        <w:rPr>
          <w:rFonts w:ascii="맑은 고딕" w:hAnsi="맑은 고딕"/>
          <w:b/>
          <w:sz w:val="22"/>
        </w:rPr>
        <w:t xml:space="preserve">[점원]: </w:t>
      </w:r>
      <w:r>
        <w:rPr>
          <w:rFonts w:ascii="UD Digi Kyokasho NK-B" w:hAnsi="UD Digi Kyokasho NK-B"/>
          <w:sz w:val="22"/>
        </w:rPr>
        <w:t xml:space="preserve">かしこまりました。焼き鳥はタレと塩のどちらになさいますか。 </w:t>
      </w:r>
      <w:r>
        <w:rPr>
          <w:rFonts w:ascii="맑은 고딕" w:hAnsi="맑은 고딕"/>
          <w:color w:val="475569"/>
          <w:sz w:val="20"/>
        </w:rPr>
        <w:t>(알겠습니다. 닭꼬치는 양념(타레)과 소금(시오) 중 어느 쪽으로 하시겠어요?)</w:t>
      </w:r>
    </w:p>
    <w:p>
      <w:pPr>
        <w:spacing w:after="40"/>
      </w:pPr>
      <w:r>
        <w:rPr>
          <w:rFonts w:ascii="맑은 고딕" w:hAnsi="맑은 고딕"/>
          <w:b/>
          <w:sz w:val="22"/>
        </w:rPr>
        <w:t xml:space="preserve">[나]: </w:t>
      </w:r>
      <w:r>
        <w:rPr>
          <w:rFonts w:ascii="UD Digi Kyokasho NK-B" w:hAnsi="UD Digi Kyokasho NK-B"/>
          <w:sz w:val="22"/>
        </w:rPr>
        <w:t xml:space="preserve">塩でお願いします。それとお会計は別々に分けることはできますか。 </w:t>
      </w:r>
      <w:r>
        <w:rPr>
          <w:rFonts w:ascii="맑은 고딕" w:hAnsi="맑은 고딕"/>
          <w:color w:val="475569"/>
          <w:sz w:val="20"/>
        </w:rPr>
        <w:t>(소금으로 부탁합니다. 그리고 계산은 따로따로 분할 계산이 가능한가요?)</w:t>
      </w:r>
    </w:p>
    <w:p>
      <w:pPr>
        <w:spacing w:after="40"/>
      </w:pPr>
      <w:r>
        <w:rPr>
          <w:rFonts w:ascii="맑은 고딕" w:hAnsi="맑은 고딕"/>
          <w:b/>
          <w:sz w:val="22"/>
        </w:rPr>
        <w:t xml:space="preserve">[점원]: </w:t>
      </w:r>
      <w:r>
        <w:rPr>
          <w:rFonts w:ascii="UD Digi Kyokasho NK-B" w:hAnsi="UD Digi Kyokasho NK-B"/>
          <w:sz w:val="22"/>
        </w:rPr>
        <w:t xml:space="preserve">申し訳ございません、混雑時はテーブルごとの一括会計でお願いしております。 </w:t>
      </w:r>
      <w:r>
        <w:rPr>
          <w:rFonts w:ascii="맑은 고딕" w:hAnsi="맑은 고딕"/>
          <w:color w:val="475569"/>
          <w:sz w:val="20"/>
        </w:rPr>
        <w:t>(죄송합니다만, 혼잡 시에는 테이블당 일괄 계산으로 부탁드리고 있습니다.)</w:t>
      </w:r>
    </w:p>
    <w:p>
      <w:pPr>
        <w:spacing w:after="120"/>
      </w:pPr>
    </w:p>
    <w:p>
      <w:pPr>
        <w:spacing w:after="60" w:line="276" w:lineRule="auto"/>
      </w:pPr>
      <w:r>
        <w:rPr>
          <w:rFonts w:ascii="맑은 고딕" w:hAnsi="맑은 고딕"/>
          <w:b/>
          <w:color w:val="000000"/>
          <w:sz w:val="24"/>
        </w:rPr>
        <w:t>【상황 D07】 電車の乗り換えと定期券 (전철 환승 및 정기권 구입) - JR 역 매표소 창구에서 통학 정기권(Suica) 구입 및 환승 경로 문의</w:t>
      </w:r>
    </w:p>
    <w:p>
      <w:pPr>
        <w:spacing w:after="40"/>
      </w:pPr>
      <w:r>
        <w:rPr>
          <w:rFonts w:ascii="맑은 고딕" w:hAnsi="맑은 고딕"/>
          <w:b/>
          <w:sz w:val="22"/>
        </w:rPr>
        <w:t xml:space="preserve">[나]: </w:t>
      </w:r>
      <w:r>
        <w:rPr>
          <w:rFonts w:ascii="UD Digi Kyokasho NK-B" w:hAnsi="UD Digi Kyokasho NK-B"/>
          <w:sz w:val="22"/>
        </w:rPr>
        <w:t xml:space="preserve">すみません、自宅から大学までの通学定期券を作りたいのですが。 </w:t>
      </w:r>
      <w:r>
        <w:rPr>
          <w:rFonts w:ascii="맑은 고딕" w:hAnsi="맑은 고딕"/>
          <w:color w:val="475569"/>
          <w:sz w:val="20"/>
        </w:rPr>
        <w:t>(실례합니다, 자택에서 대학까지의 통학 정기권을 만들고 싶은데요.)</w:t>
      </w:r>
    </w:p>
    <w:p>
      <w:pPr>
        <w:spacing w:after="40"/>
      </w:pPr>
      <w:r>
        <w:rPr>
          <w:rFonts w:ascii="맑은 고딕" w:hAnsi="맑은 고딕"/>
          <w:b/>
          <w:sz w:val="22"/>
        </w:rPr>
        <w:t xml:space="preserve">[역무원]: </w:t>
      </w:r>
      <w:r>
        <w:rPr>
          <w:rFonts w:ascii="UD Digi Kyokasho NK-B" w:hAnsi="UD Digi Kyokasho NK-B"/>
          <w:sz w:val="22"/>
        </w:rPr>
        <w:t xml:space="preserve">通学定期券ですね。大学が発行した通学証明書と学生証はお持ちですか。 </w:t>
      </w:r>
      <w:r>
        <w:rPr>
          <w:rFonts w:ascii="맑은 고딕" w:hAnsi="맑은 고딕"/>
          <w:color w:val="475569"/>
          <w:sz w:val="20"/>
        </w:rPr>
        <w:t>(통학 정기권이시군요. 대학에서 발급한 통학증명서와 학생증을 지참하셨나요?)</w:t>
      </w:r>
    </w:p>
    <w:p>
      <w:pPr>
        <w:spacing w:after="40"/>
      </w:pPr>
      <w:r>
        <w:rPr>
          <w:rFonts w:ascii="맑은 고딕" w:hAnsi="맑은 고딕"/>
          <w:b/>
          <w:sz w:val="22"/>
        </w:rPr>
        <w:t xml:space="preserve">[나]: </w:t>
      </w:r>
      <w:r>
        <w:rPr>
          <w:rFonts w:ascii="UD Digi Kyokasho NK-B" w:hAnsi="UD Digi Kyokasho NK-B"/>
          <w:sz w:val="22"/>
        </w:rPr>
        <w:t xml:space="preserve">はい、こちらです。モバイルSuicaに登録することは可能ですか。 </w:t>
      </w:r>
      <w:r>
        <w:rPr>
          <w:rFonts w:ascii="맑은 고딕" w:hAnsi="맑은 고딕"/>
          <w:color w:val="475569"/>
          <w:sz w:val="20"/>
        </w:rPr>
        <w:t>(네, 여기 있습니다. 모바일 Suica에 등록하는 것도 가능한가요?)</w:t>
      </w:r>
    </w:p>
    <w:p>
      <w:pPr>
        <w:spacing w:after="40"/>
      </w:pPr>
      <w:r>
        <w:rPr>
          <w:rFonts w:ascii="맑은 고딕" w:hAnsi="맑은 고딕"/>
          <w:b/>
          <w:sz w:val="22"/>
        </w:rPr>
        <w:t xml:space="preserve">[역무원]: </w:t>
      </w:r>
      <w:r>
        <w:rPr>
          <w:rFonts w:ascii="UD Digi Kyokasho NK-B" w:hAnsi="UD Digi Kyokasho NK-B"/>
          <w:sz w:val="22"/>
        </w:rPr>
        <w:t xml:space="preserve">はい、アプリから通学証明書の画像をアップロードしていただければ可能です。 </w:t>
      </w:r>
      <w:r>
        <w:rPr>
          <w:rFonts w:ascii="맑은 고딕" w:hAnsi="맑은 고딕"/>
          <w:color w:val="475569"/>
          <w:sz w:val="20"/>
        </w:rPr>
        <w:t>(네, 앱에서 통학증명서 이미지를 업로드해 주시면 가능합니다.)</w:t>
      </w:r>
    </w:p>
    <w:p>
      <w:pPr>
        <w:spacing w:after="40"/>
      </w:pPr>
      <w:r>
        <w:rPr>
          <w:rFonts w:ascii="맑은 고딕" w:hAnsi="맑은 고딕"/>
          <w:b/>
          <w:sz w:val="22"/>
        </w:rPr>
        <w:t xml:space="preserve">[나]: </w:t>
      </w:r>
      <w:r>
        <w:rPr>
          <w:rFonts w:ascii="UD Digi Kyokasho NK-B" w:hAnsi="UD Digi Kyokasho NK-B"/>
          <w:sz w:val="22"/>
        </w:rPr>
        <w:t xml:space="preserve">ありがとうございます。渋谷駅での乗り換えは何号車が一番便利ですか。 </w:t>
      </w:r>
      <w:r>
        <w:rPr>
          <w:rFonts w:ascii="맑은 고딕" w:hAnsi="맑은 고딕"/>
          <w:color w:val="475569"/>
          <w:sz w:val="20"/>
        </w:rPr>
        <w:t>(감사합니다. 시부야역에서의 환승은 몇 번 칸이 가장 편리한가요?)</w:t>
      </w:r>
    </w:p>
    <w:p>
      <w:pPr>
        <w:spacing w:after="120"/>
      </w:pPr>
    </w:p>
    <w:p>
      <w:pPr>
        <w:spacing w:after="60" w:line="276" w:lineRule="auto"/>
      </w:pPr>
      <w:r>
        <w:rPr>
          <w:rFonts w:ascii="맑은 고딕" w:hAnsi="맑은 고딕"/>
          <w:b/>
          <w:color w:val="000000"/>
          <w:sz w:val="24"/>
        </w:rPr>
        <w:t>【상황 D08】 スーパーでの買い物 (마트 봉투 및 페이 결제) - 식료품 마트 계산대에서 포인트 적립, 봉투 구매 및 PayPay 결제</w:t>
      </w:r>
    </w:p>
    <w:p>
      <w:pPr>
        <w:spacing w:after="40"/>
      </w:pPr>
      <w:r>
        <w:rPr>
          <w:rFonts w:ascii="맑은 고딕" w:hAnsi="맑은 고딕"/>
          <w:b/>
          <w:sz w:val="22"/>
        </w:rPr>
        <w:t xml:space="preserve">[점원]: </w:t>
      </w:r>
      <w:r>
        <w:rPr>
          <w:rFonts w:ascii="UD Digi Kyokasho NK-B" w:hAnsi="UD Digi Kyokasho NK-B"/>
          <w:sz w:val="22"/>
        </w:rPr>
        <w:t xml:space="preserve">ポイントカードはお持ちでしょうか。レジ袋はご利用になりますか。 </w:t>
      </w:r>
      <w:r>
        <w:rPr>
          <w:rFonts w:ascii="맑은 고딕" w:hAnsi="맑은 고딕"/>
          <w:color w:val="475569"/>
          <w:sz w:val="20"/>
        </w:rPr>
        <w:t>(포인트 카드를 소지하고 계신가요? 비닐봉투는 이용하시겠습니까?)</w:t>
      </w:r>
    </w:p>
    <w:p>
      <w:pPr>
        <w:spacing w:after="40"/>
      </w:pPr>
      <w:r>
        <w:rPr>
          <w:rFonts w:ascii="맑은 고딕" w:hAnsi="맑은 고딕"/>
          <w:b/>
          <w:sz w:val="22"/>
        </w:rPr>
        <w:t xml:space="preserve">[나]: </w:t>
      </w:r>
      <w:r>
        <w:rPr>
          <w:rFonts w:ascii="UD Digi Kyokasho NK-B" w:hAnsi="UD Digi Kyokasho NK-B"/>
          <w:sz w:val="22"/>
        </w:rPr>
        <w:t xml:space="preserve">ポイントカードはありません。レジ袋を中サイズで1枚お願いします。 </w:t>
      </w:r>
      <w:r>
        <w:rPr>
          <w:rFonts w:ascii="맑은 고딕" w:hAnsi="맑은 고딕"/>
          <w:color w:val="475569"/>
          <w:sz w:val="20"/>
        </w:rPr>
        <w:t>(포인트 카드는 없습니다. 비닐봉투 중간 크기로 1장 부탁드립니다.)</w:t>
      </w:r>
    </w:p>
    <w:p>
      <w:pPr>
        <w:spacing w:after="40"/>
      </w:pPr>
      <w:r>
        <w:rPr>
          <w:rFonts w:ascii="맑은 고딕" w:hAnsi="맑은 고딕"/>
          <w:b/>
          <w:sz w:val="22"/>
        </w:rPr>
        <w:t xml:space="preserve">[점원]: </w:t>
      </w:r>
      <w:r>
        <w:rPr>
          <w:rFonts w:ascii="UD Digi Kyokasho NK-B" w:hAnsi="UD Digi Kyokasho NK-B"/>
          <w:sz w:val="22"/>
        </w:rPr>
        <w:t xml:space="preserve">お会計は合計で2,450円になります。お支払い方法はいかがなさいますか。 </w:t>
      </w:r>
      <w:r>
        <w:rPr>
          <w:rFonts w:ascii="맑은 고딕" w:hAnsi="맑은 고딕"/>
          <w:color w:val="475569"/>
          <w:sz w:val="20"/>
        </w:rPr>
        <w:t>(계산은 총 2,450엔입니다. 결제 방법은 어떻게 하시겠습니까?)</w:t>
      </w:r>
    </w:p>
    <w:p>
      <w:pPr>
        <w:spacing w:after="40"/>
      </w:pPr>
      <w:r>
        <w:rPr>
          <w:rFonts w:ascii="맑은 고딕" w:hAnsi="맑은 고딕"/>
          <w:b/>
          <w:sz w:val="22"/>
        </w:rPr>
        <w:t xml:space="preserve">[나]: </w:t>
      </w:r>
      <w:r>
        <w:rPr>
          <w:rFonts w:ascii="UD Digi Kyokasho NK-B" w:hAnsi="UD Digi Kyokasho NK-B"/>
          <w:sz w:val="22"/>
        </w:rPr>
        <w:t xml:space="preserve">PayPayのバーコード決済でお願いします。画面を読み取ってください。 </w:t>
      </w:r>
      <w:r>
        <w:rPr>
          <w:rFonts w:ascii="맑은 고딕" w:hAnsi="맑은 고딕"/>
          <w:color w:val="475569"/>
          <w:sz w:val="20"/>
        </w:rPr>
        <w:t>(PayPay 바코드 결제로 부탁합니다. 화면을 스캔해 주세요.)</w:t>
      </w:r>
    </w:p>
    <w:p>
      <w:pPr>
        <w:spacing w:after="40"/>
      </w:pPr>
      <w:r>
        <w:rPr>
          <w:rFonts w:ascii="맑은 고딕" w:hAnsi="맑은 고딕"/>
          <w:b/>
          <w:sz w:val="22"/>
        </w:rPr>
        <w:t xml:space="preserve">[점원]: </w:t>
      </w:r>
      <w:r>
        <w:rPr>
          <w:rFonts w:ascii="UD Digi Kyokasho NK-B" w:hAnsi="UD Digi Kyokasho NK-B"/>
          <w:sz w:val="22"/>
        </w:rPr>
        <w:t xml:space="preserve">ペイペイ♪ 決済完了いたしました。レシートのお渡しです。 </w:t>
      </w:r>
      <w:r>
        <w:rPr>
          <w:rFonts w:ascii="맑은 고딕" w:hAnsi="맑은 고딕"/>
          <w:color w:val="475569"/>
          <w:sz w:val="20"/>
        </w:rPr>
        <w:t>(페이페이♪ 결제 완료되었습니다. 영수증 드리겠습니다.)</w:t>
      </w:r>
    </w:p>
    <w:p>
      <w:pPr>
        <w:spacing w:after="120"/>
      </w:pPr>
    </w:p>
    <w:p>
      <w:pPr>
        <w:spacing w:after="60" w:line="276" w:lineRule="auto"/>
      </w:pPr>
      <w:r>
        <w:rPr>
          <w:rFonts w:ascii="맑은 고딕" w:hAnsi="맑은 고딕"/>
          <w:b/>
          <w:color w:val="000000"/>
          <w:sz w:val="24"/>
        </w:rPr>
        <w:t>【상황 D09】 緊急地震速報と避難 (지진 방재 및 긴급 대피) - 긴급지진속보 수신 시 실내 안전 확보 및 인근 지정대피소 대피</w:t>
      </w:r>
    </w:p>
    <w:p>
      <w:pPr>
        <w:spacing w:after="40"/>
      </w:pPr>
      <w:r>
        <w:rPr>
          <w:rFonts w:ascii="맑은 고딕" w:hAnsi="맑은 고딕"/>
          <w:b/>
          <w:sz w:val="22"/>
        </w:rPr>
        <w:t xml:space="preserve">[방재요원]: </w:t>
      </w:r>
      <w:r>
        <w:rPr>
          <w:rFonts w:ascii="UD Digi Kyokasho NK-B" w:hAnsi="UD Digi Kyokasho NK-B"/>
          <w:sz w:val="22"/>
        </w:rPr>
        <w:t xml:space="preserve">緊急地震速報です。強い揺れに警戒してください。頭部を守ってください。 </w:t>
      </w:r>
      <w:r>
        <w:rPr>
          <w:rFonts w:ascii="맑은 고딕" w:hAnsi="맑은 고딕"/>
          <w:color w:val="475569"/>
          <w:sz w:val="20"/>
        </w:rPr>
        <w:t>(긴급지진속보입니다. 강한 흔들림에 경계해 주세요. 머리를 보호해 주세요.)</w:t>
      </w:r>
    </w:p>
    <w:p>
      <w:pPr>
        <w:spacing w:after="40"/>
      </w:pPr>
      <w:r>
        <w:rPr>
          <w:rFonts w:ascii="맑은 고딕" w:hAnsi="맑은 고딕"/>
          <w:b/>
          <w:sz w:val="22"/>
        </w:rPr>
        <w:t xml:space="preserve">[나]: </w:t>
      </w:r>
      <w:r>
        <w:rPr>
          <w:rFonts w:ascii="UD Digi Kyokasho NK-B" w:hAnsi="UD Digi Kyokasho NK-B"/>
          <w:sz w:val="22"/>
        </w:rPr>
        <w:t xml:space="preserve">まず机の下に潜って身を守り、揺れが収まったらガスの元栓を閉めよう。 </w:t>
      </w:r>
      <w:r>
        <w:rPr>
          <w:rFonts w:ascii="맑은 고딕" w:hAnsi="맑은 고딕"/>
          <w:color w:val="475569"/>
          <w:sz w:val="20"/>
        </w:rPr>
        <w:t>(우선 책상 밑으로 들어가 몸을 보호하고, 흔들림이 잦아들면 가스 밸브를 잠그자.)</w:t>
      </w:r>
    </w:p>
    <w:p>
      <w:pPr>
        <w:spacing w:after="40"/>
      </w:pPr>
      <w:r>
        <w:rPr>
          <w:rFonts w:ascii="맑은 고딕" w:hAnsi="맑은 고딕"/>
          <w:b/>
          <w:sz w:val="22"/>
        </w:rPr>
        <w:t xml:space="preserve">[방재요원]: </w:t>
      </w:r>
      <w:r>
        <w:rPr>
          <w:rFonts w:ascii="UD Digi Kyokasho NK-B" w:hAnsi="UD Digi Kyokasho NK-B"/>
          <w:sz w:val="22"/>
        </w:rPr>
        <w:t xml:space="preserve">揺れがおさまりました。エレベーターは使わず、階段で指定避難所へ移動してください。 </w:t>
      </w:r>
      <w:r>
        <w:rPr>
          <w:rFonts w:ascii="맑은 고딕" w:hAnsi="맑은 고딕"/>
          <w:color w:val="475569"/>
          <w:sz w:val="20"/>
        </w:rPr>
        <w:t>(흔들림이 멈췄습니다. 엘리베이터를 쓰지 말고 계단으로 지정대피소로 이동하세요.)</w:t>
      </w:r>
    </w:p>
    <w:p>
      <w:pPr>
        <w:spacing w:after="40"/>
      </w:pPr>
      <w:r>
        <w:rPr>
          <w:rFonts w:ascii="맑은 고딕" w:hAnsi="맑은 고딕"/>
          <w:b/>
          <w:sz w:val="22"/>
        </w:rPr>
        <w:t xml:space="preserve">[나]: </w:t>
      </w:r>
      <w:r>
        <w:rPr>
          <w:rFonts w:ascii="UD Digi Kyokasho NK-B" w:hAnsi="UD Digi Kyokasho NK-B"/>
          <w:sz w:val="22"/>
        </w:rPr>
        <w:t xml:space="preserve">非常用持ち出し袋を持って、近隣の小学校の体育館へ落ち着いて避難します。 </w:t>
      </w:r>
      <w:r>
        <w:rPr>
          <w:rFonts w:ascii="맑은 고딕" w:hAnsi="맑은 고딕"/>
          <w:color w:val="475569"/>
          <w:sz w:val="20"/>
        </w:rPr>
        <w:t>(비상용 배낭을 챙겨서 인근 초등학교 체육관으로 침착하게 대피하겠습니다.)</w:t>
      </w:r>
    </w:p>
    <w:p>
      <w:pPr>
        <w:spacing w:after="120"/>
      </w:pPr>
    </w:p>
    <w:p>
      <w:pPr>
        <w:spacing w:after="60" w:line="276" w:lineRule="auto"/>
      </w:pPr>
      <w:r>
        <w:rPr>
          <w:rFonts w:ascii="맑은 고딕" w:hAnsi="맑은 고딕"/>
          <w:b/>
          <w:color w:val="000000"/>
          <w:sz w:val="24"/>
        </w:rPr>
        <w:t>【상황 D10】 近隣住民との挨拶 (이웃 인사 및 생활 소통) - 맨션 복도에서 이웃 주민과 마주쳤을 때의 자연스러운 아침 인사 및 계절 스몰토크</w:t>
      </w:r>
    </w:p>
    <w:p>
      <w:pPr>
        <w:spacing w:after="40"/>
      </w:pPr>
      <w:r>
        <w:rPr>
          <w:rFonts w:ascii="맑은 고딕" w:hAnsi="맑은 고딕"/>
          <w:b/>
          <w:sz w:val="22"/>
        </w:rPr>
        <w:t xml:space="preserve">[이웃]: </w:t>
      </w:r>
      <w:r>
        <w:rPr>
          <w:rFonts w:ascii="UD Digi Kyokasho NK-B" w:hAnsi="UD Digi Kyokasho NK-B"/>
          <w:sz w:val="22"/>
        </w:rPr>
        <w:t xml:space="preserve">おはようございます。今日もいいお天気ですね。大学へ行かれるところですか。 </w:t>
      </w:r>
      <w:r>
        <w:rPr>
          <w:rFonts w:ascii="맑은 고딕" w:hAnsi="맑은 고딕"/>
          <w:color w:val="475569"/>
          <w:sz w:val="20"/>
        </w:rPr>
        <w:t>(좋은 아침입니다. 오늘도 날씨가 참 좋네요. 대학에 가시는 길인가요?)</w:t>
      </w:r>
    </w:p>
    <w:p>
      <w:pPr>
        <w:spacing w:after="40"/>
      </w:pPr>
      <w:r>
        <w:rPr>
          <w:rFonts w:ascii="맑은 고딕" w:hAnsi="맑은 고딕"/>
          <w:b/>
          <w:sz w:val="22"/>
        </w:rPr>
        <w:t xml:space="preserve">[나]: </w:t>
      </w:r>
      <w:r>
        <w:rPr>
          <w:rFonts w:ascii="UD Digi Kyokasho NK-B" w:hAnsi="UD Digi Kyokasho NK-B"/>
          <w:sz w:val="22"/>
        </w:rPr>
        <w:t xml:space="preserve">おはようございます。はい、これから1限の講義に向かうところです。 </w:t>
      </w:r>
      <w:r>
        <w:rPr>
          <w:rFonts w:ascii="맑은 고딕" w:hAnsi="맑은 고딕"/>
          <w:color w:val="475569"/>
          <w:sz w:val="20"/>
        </w:rPr>
        <w:t>(안녕하세요! 네, 지금부터 1교시 강의를 들으러 가는 길입니다.)</w:t>
      </w:r>
    </w:p>
    <w:p>
      <w:pPr>
        <w:spacing w:after="40"/>
      </w:pPr>
      <w:r>
        <w:rPr>
          <w:rFonts w:ascii="맑은 고딕" w:hAnsi="맑은 고딕"/>
          <w:b/>
          <w:sz w:val="22"/>
        </w:rPr>
        <w:t xml:space="preserve">[이웃]: </w:t>
      </w:r>
      <w:r>
        <w:rPr>
          <w:rFonts w:ascii="UD Digi Kyokasho NK-B" w:hAnsi="UD Digi Kyokasho NK-B"/>
          <w:sz w:val="22"/>
        </w:rPr>
        <w:t xml:space="preserve">朝早くからご苦労様です。最近寒暖差が激しいので、お体に気をつけてね。 </w:t>
      </w:r>
      <w:r>
        <w:rPr>
          <w:rFonts w:ascii="맑은 고딕" w:hAnsi="맑은 고딕"/>
          <w:color w:val="475569"/>
          <w:sz w:val="20"/>
        </w:rPr>
        <w:t>(아침 일찍부터 수고가 많으세요. 요즘 일교차가 심하니 건강 조심하세요.)</w:t>
      </w:r>
    </w:p>
    <w:p>
      <w:pPr>
        <w:spacing w:after="40"/>
      </w:pPr>
      <w:r>
        <w:rPr>
          <w:rFonts w:ascii="맑은 고딕" w:hAnsi="맑은 고딕"/>
          <w:b/>
          <w:sz w:val="22"/>
        </w:rPr>
        <w:t xml:space="preserve">[나]: </w:t>
      </w:r>
      <w:r>
        <w:rPr>
          <w:rFonts w:ascii="UD Digi Kyokasho NK-B" w:hAnsi="UD Digi Kyokasho NK-B"/>
          <w:sz w:val="22"/>
        </w:rPr>
        <w:t xml:space="preserve">お気遣いありがとうございます。〇〇さんも良い一日をお過ごしください。 </w:t>
      </w:r>
      <w:r>
        <w:rPr>
          <w:rFonts w:ascii="맑은 고딕" w:hAnsi="맑은 고딕"/>
          <w:color w:val="475569"/>
          <w:sz w:val="20"/>
        </w:rPr>
        <w:t>(신경 써주셔서 감사합니다. 이웃님도 좋은 하루 보내세요!)</w:t>
      </w:r>
    </w:p>
    <w:p>
      <w:pPr>
        <w:spacing w:after="120"/>
      </w:pPr>
    </w:p>
    <w:p>
      <w:pPr>
        <w:spacing w:after="60" w:line="276" w:lineRule="auto"/>
      </w:pPr>
      <w:r>
        <w:rPr>
          <w:rFonts w:ascii="맑은 고딕" w:hAnsi="맑은 고딕"/>
          <w:b/>
          <w:color w:val="000000"/>
          <w:sz w:val="24"/>
        </w:rPr>
        <w:t>【상황 D11】 美容室でのオーダー (미용실 스타일링 및 커트) - 헤어 살롱에서 디자이너에게 원하는 기장, 질감 및 사진 보여주며 주문</w:t>
      </w:r>
    </w:p>
    <w:p>
      <w:pPr>
        <w:spacing w:after="40"/>
      </w:pPr>
      <w:r>
        <w:rPr>
          <w:rFonts w:ascii="맑은 고딕" w:hAnsi="맑은 고딕"/>
          <w:b/>
          <w:sz w:val="22"/>
        </w:rPr>
        <w:t xml:space="preserve">[미용사]: </w:t>
      </w:r>
      <w:r>
        <w:rPr>
          <w:rFonts w:ascii="UD Digi Kyokasho NK-B" w:hAnsi="UD Digi Kyokasho NK-B"/>
          <w:sz w:val="22"/>
        </w:rPr>
        <w:t xml:space="preserve">本日はどのようなスタイルをご希望でしょうか。 </w:t>
      </w:r>
      <w:r>
        <w:rPr>
          <w:rFonts w:ascii="맑은 고딕" w:hAnsi="맑은 고딕"/>
          <w:color w:val="475569"/>
          <w:sz w:val="20"/>
        </w:rPr>
        <w:t>(오늘은 어떤 스타일을 희망하시나요?)</w:t>
      </w:r>
    </w:p>
    <w:p>
      <w:pPr>
        <w:spacing w:after="40"/>
      </w:pPr>
      <w:r>
        <w:rPr>
          <w:rFonts w:ascii="맑은 고딕" w:hAnsi="맑은 고딕"/>
          <w:b/>
          <w:sz w:val="22"/>
        </w:rPr>
        <w:t xml:space="preserve">[나]: </w:t>
      </w:r>
      <w:r>
        <w:rPr>
          <w:rFonts w:ascii="UD Digi Kyokasho NK-B" w:hAnsi="UD Digi Kyokasho NK-B"/>
          <w:sz w:val="22"/>
        </w:rPr>
        <w:t xml:space="preserve">全体の長さを2センチほど切って、毛先をすいて軽くしてください。 </w:t>
      </w:r>
      <w:r>
        <w:rPr>
          <w:rFonts w:ascii="맑은 고딕" w:hAnsi="맑은 고딕"/>
          <w:color w:val="475569"/>
          <w:sz w:val="20"/>
        </w:rPr>
        <w:t>(전체 길이를 2cm 정도 자르고, 숱을 쳐서 가볍게 해 주세요.)</w:t>
      </w:r>
    </w:p>
    <w:p>
      <w:pPr>
        <w:spacing w:after="40"/>
      </w:pPr>
      <w:r>
        <w:rPr>
          <w:rFonts w:ascii="맑은 고딕" w:hAnsi="맑은 고딕"/>
          <w:b/>
          <w:sz w:val="22"/>
        </w:rPr>
        <w:t xml:space="preserve">[미용사]: </w:t>
      </w:r>
      <w:r>
        <w:rPr>
          <w:rFonts w:ascii="UD Digi Kyokasho NK-B" w:hAnsi="UD Digi Kyokasho NK-B"/>
          <w:sz w:val="22"/>
        </w:rPr>
        <w:t xml:space="preserve">前髪はどうなさいますか。目にかからない長さに整えましょうか。 </w:t>
      </w:r>
      <w:r>
        <w:rPr>
          <w:rFonts w:ascii="맑은 고딕" w:hAnsi="맑은 고딕"/>
          <w:color w:val="475569"/>
          <w:sz w:val="20"/>
        </w:rPr>
        <w:t>(앞머리는 어떻게 하시겠어요? 눈을 찌르지 않는 길이로 다듬을까요?)</w:t>
      </w:r>
    </w:p>
    <w:p>
      <w:pPr>
        <w:spacing w:after="40"/>
      </w:pPr>
      <w:r>
        <w:rPr>
          <w:rFonts w:ascii="맑은 고딕" w:hAnsi="맑은 고딕"/>
          <w:b/>
          <w:sz w:val="22"/>
        </w:rPr>
        <w:t xml:space="preserve">[나]: </w:t>
      </w:r>
      <w:r>
        <w:rPr>
          <w:rFonts w:ascii="UD Digi Kyokasho NK-B" w:hAnsi="UD Digi Kyokasho NK-B"/>
          <w:sz w:val="22"/>
        </w:rPr>
        <w:t xml:space="preserve">はい、眉毛が少し隠れるくらいで自然な束感が出るようにお願いします。 </w:t>
      </w:r>
      <w:r>
        <w:rPr>
          <w:rFonts w:ascii="맑은 고딕" w:hAnsi="맑은 고딕"/>
          <w:color w:val="475569"/>
          <w:sz w:val="20"/>
        </w:rPr>
        <w:t>(네, 눈썹이 살짝 가려질 정도로 자연스러운 컬/텍스처가 나게 부탁드립니다.)</w:t>
      </w:r>
    </w:p>
    <w:p>
      <w:pPr>
        <w:spacing w:after="120"/>
      </w:pPr>
    </w:p>
    <w:p>
      <w:pPr>
        <w:spacing w:after="60" w:line="276" w:lineRule="auto"/>
      </w:pPr>
      <w:r>
        <w:rPr>
          <w:rFonts w:ascii="맑은 고딕" w:hAnsi="맑은 고딕"/>
          <w:b/>
          <w:color w:val="000000"/>
          <w:sz w:val="24"/>
        </w:rPr>
        <w:t>【상황 D12】 不動産屋での賃貸契約 (부동산 원룸 임대 계약) - 부동산 중개업소에서 월세, 관리비, 보증회사 수수료 및 특약사항 확인</w:t>
      </w:r>
    </w:p>
    <w:p>
      <w:pPr>
        <w:spacing w:after="40"/>
      </w:pPr>
      <w:r>
        <w:rPr>
          <w:rFonts w:ascii="맑은 고딕" w:hAnsi="맑은 고딕"/>
          <w:b/>
          <w:sz w:val="22"/>
        </w:rPr>
        <w:t xml:space="preserve">[중개사]: </w:t>
      </w:r>
      <w:r>
        <w:rPr>
          <w:rFonts w:ascii="UD Digi Kyokasho NK-B" w:hAnsi="UD Digi Kyokasho NK-B"/>
          <w:sz w:val="22"/>
        </w:rPr>
        <w:t xml:space="preserve">こちらの物件は家賃6万5千円、共益費5千円で敷金・礼金が各1ヶ月です。 </w:t>
      </w:r>
      <w:r>
        <w:rPr>
          <w:rFonts w:ascii="맑은 고딕" w:hAnsi="맑은 고딕"/>
          <w:color w:val="475569"/>
          <w:sz w:val="20"/>
        </w:rPr>
        <w:t>(이 매물은 월세 6만 5천 엔, 관리비 5천 엔에 보증금/사례금이 각 1개월입니다.)</w:t>
      </w:r>
    </w:p>
    <w:p>
      <w:pPr>
        <w:spacing w:after="40"/>
      </w:pPr>
      <w:r>
        <w:rPr>
          <w:rFonts w:ascii="맑은 고딕" w:hAnsi="맑은 고딕"/>
          <w:b/>
          <w:sz w:val="22"/>
        </w:rPr>
        <w:t xml:space="preserve">[나]: </w:t>
      </w:r>
      <w:r>
        <w:rPr>
          <w:rFonts w:ascii="UD Digi Kyokasho NK-B" w:hAnsi="UD Digi Kyokasho NK-B"/>
          <w:sz w:val="22"/>
        </w:rPr>
        <w:t xml:space="preserve">留学生でも保証会社の審査は通りますでしょうか。 </w:t>
      </w:r>
      <w:r>
        <w:rPr>
          <w:rFonts w:ascii="맑은 고딕" w:hAnsi="맑은 고딕"/>
          <w:color w:val="475569"/>
          <w:sz w:val="20"/>
        </w:rPr>
        <w:t>(유학생도 보증회사 심사를 통과할 수 있을까요?)</w:t>
      </w:r>
    </w:p>
    <w:p>
      <w:pPr>
        <w:spacing w:after="40"/>
      </w:pPr>
      <w:r>
        <w:rPr>
          <w:rFonts w:ascii="맑은 고딕" w:hAnsi="맑은 고딕"/>
          <w:b/>
          <w:sz w:val="22"/>
        </w:rPr>
        <w:t xml:space="preserve">[중개사]: </w:t>
      </w:r>
      <w:r>
        <w:rPr>
          <w:rFonts w:ascii="UD Digi Kyokasho NK-B" w:hAnsi="UD Digi Kyokasho NK-B"/>
          <w:sz w:val="22"/>
        </w:rPr>
        <w:t xml:space="preserve">学生証と在留カードをご提示いただければ、指定の学生保証プランが適用されます。 </w:t>
      </w:r>
      <w:r>
        <w:rPr>
          <w:rFonts w:ascii="맑은 고딕" w:hAnsi="맑은 고딕"/>
          <w:color w:val="475569"/>
          <w:sz w:val="20"/>
        </w:rPr>
        <w:t>(학생증과 재류카드를 제시해 주시면 지정된 학생 보증 플랜이 적용됩니다.)</w:t>
      </w:r>
    </w:p>
    <w:p>
      <w:pPr>
        <w:spacing w:after="40"/>
      </w:pPr>
      <w:r>
        <w:rPr>
          <w:rFonts w:ascii="맑은 고딕" w:hAnsi="맑은 고딕"/>
          <w:b/>
          <w:sz w:val="22"/>
        </w:rPr>
        <w:t xml:space="preserve">[나]: </w:t>
      </w:r>
      <w:r>
        <w:rPr>
          <w:rFonts w:ascii="UD Digi Kyokasho NK-B" w:hAnsi="UD Digi Kyokasho NK-B"/>
          <w:sz w:val="22"/>
        </w:rPr>
        <w:t xml:space="preserve">退去時のクリーニング費用や更新料の特約についても確認させてください。 </w:t>
      </w:r>
      <w:r>
        <w:rPr>
          <w:rFonts w:ascii="맑은 고딕" w:hAnsi="맑은 고딕"/>
          <w:color w:val="475569"/>
          <w:sz w:val="20"/>
        </w:rPr>
        <w:t>(퇴거 시 청소 비용이나 갱신료 특약에 대해서도 확인시켜 주십시오.)</w:t>
      </w:r>
    </w:p>
    <w:p>
      <w:pPr>
        <w:spacing w:after="120"/>
      </w:pPr>
    </w:p>
    <w:p>
      <w:pPr>
        <w:spacing w:after="60" w:line="276" w:lineRule="auto"/>
      </w:pPr>
      <w:r>
        <w:rPr>
          <w:rFonts w:ascii="맑은 고딕" w:hAnsi="맑은 고딕"/>
          <w:b/>
          <w:color w:val="000000"/>
          <w:sz w:val="24"/>
        </w:rPr>
        <w:t>【상황 D13】 郵便局でのEMS発送 (우체국 해외/국내 우편) - 우체국 창구에서 한국으로 보내는 국제특급우편(EMS) 인보이스 작성 및 접수</w:t>
      </w:r>
    </w:p>
    <w:p>
      <w:pPr>
        <w:spacing w:after="40"/>
      </w:pPr>
      <w:r>
        <w:rPr>
          <w:rFonts w:ascii="맑은 고딕" w:hAnsi="맑은 고딕"/>
          <w:b/>
          <w:sz w:val="22"/>
        </w:rPr>
        <w:t xml:space="preserve">[나]: </w:t>
      </w:r>
      <w:r>
        <w:rPr>
          <w:rFonts w:ascii="UD Digi Kyokasho NK-B" w:hAnsi="UD Digi Kyokasho NK-B"/>
          <w:sz w:val="22"/>
        </w:rPr>
        <w:t xml:space="preserve">すみません、この小包を韓国へEMSで送りたいのですが。 </w:t>
      </w:r>
      <w:r>
        <w:rPr>
          <w:rFonts w:ascii="맑은 고딕" w:hAnsi="맑은 고딕"/>
          <w:color w:val="475569"/>
          <w:sz w:val="20"/>
        </w:rPr>
        <w:t>(실례합니다, 이 소포를 한국으로 EMS로 보내고 싶은데요.)</w:t>
      </w:r>
    </w:p>
    <w:p>
      <w:pPr>
        <w:spacing w:after="40"/>
      </w:pPr>
      <w:r>
        <w:rPr>
          <w:rFonts w:ascii="맑은 고딕" w:hAnsi="맑은 고딕"/>
          <w:b/>
          <w:sz w:val="22"/>
        </w:rPr>
        <w:t xml:space="preserve">[직원]: </w:t>
      </w:r>
      <w:r>
        <w:rPr>
          <w:rFonts w:ascii="UD Digi Kyokasho NK-B" w:hAnsi="UD Digi Kyokasho NK-B"/>
          <w:sz w:val="22"/>
        </w:rPr>
        <w:t xml:space="preserve">EMSですね。オンラインでの通関電子データの事前登録はお済みでしょうか。 </w:t>
      </w:r>
      <w:r>
        <w:rPr>
          <w:rFonts w:ascii="맑은 고딕" w:hAnsi="맑은 고딕"/>
          <w:color w:val="475569"/>
          <w:sz w:val="20"/>
        </w:rPr>
        <w:t>(EMS이시군요. 온라인 통관 전자 데이터 사전 등록은 마치셨나요?)</w:t>
      </w:r>
    </w:p>
    <w:p>
      <w:pPr>
        <w:spacing w:after="40"/>
      </w:pPr>
      <w:r>
        <w:rPr>
          <w:rFonts w:ascii="맑은 고딕" w:hAnsi="맑은 고딕"/>
          <w:b/>
          <w:sz w:val="22"/>
        </w:rPr>
        <w:t xml:space="preserve">[나]: </w:t>
      </w:r>
      <w:r>
        <w:rPr>
          <w:rFonts w:ascii="UD Digi Kyokasho NK-B" w:hAnsi="UD Digi Kyokasho NK-B"/>
          <w:sz w:val="22"/>
        </w:rPr>
        <w:t xml:space="preserve">はい、スマホの国際マイフレンズアプリで内容品と金額を入力済みです。 </w:t>
      </w:r>
      <w:r>
        <w:rPr>
          <w:rFonts w:ascii="맑은 고딕" w:hAnsi="맑은 고딕"/>
          <w:color w:val="475569"/>
          <w:sz w:val="20"/>
        </w:rPr>
        <w:t>(네, 스마트폰 앱에서 내용품과 금액 입력을 완료했습니다.)</w:t>
      </w:r>
    </w:p>
    <w:p>
      <w:pPr>
        <w:spacing w:after="40"/>
      </w:pPr>
      <w:r>
        <w:rPr>
          <w:rFonts w:ascii="맑은 고딕" w:hAnsi="맑은 고딕"/>
          <w:b/>
          <w:sz w:val="22"/>
        </w:rPr>
        <w:t xml:space="preserve">[직원]: </w:t>
      </w:r>
      <w:r>
        <w:rPr>
          <w:rFonts w:ascii="UD Digi Kyokasho NK-B" w:hAnsi="UD Digi Kyokasho NK-B"/>
          <w:sz w:val="22"/>
        </w:rPr>
        <w:t xml:space="preserve">重量は2.3kgで、送料は3,800円になります。禁制品などは入っておりませんか。 </w:t>
      </w:r>
      <w:r>
        <w:rPr>
          <w:rFonts w:ascii="맑은 고딕" w:hAnsi="맑은 고딕"/>
          <w:color w:val="475569"/>
          <w:sz w:val="20"/>
        </w:rPr>
        <w:t>(중량은 2.3kg이며 배송료는 3,800엔입니다. 금지 물품 등은 들어있지 않나요?)</w:t>
      </w:r>
    </w:p>
    <w:p>
      <w:pPr>
        <w:spacing w:after="120"/>
      </w:pPr>
    </w:p>
    <w:p>
      <w:pPr>
        <w:spacing w:after="60" w:line="276" w:lineRule="auto"/>
      </w:pPr>
      <w:r>
        <w:rPr>
          <w:rFonts w:ascii="맑은 고딕" w:hAnsi="맑은 고딕"/>
          <w:b/>
          <w:color w:val="000000"/>
          <w:sz w:val="24"/>
        </w:rPr>
        <w:t>【상황 D14】 タクシーでの目的地指定 (택시 탑승 및 길안내) - 택시 기사에게 목적지 설명, 내비게이션 설정 및 영수증 요청</w:t>
      </w:r>
    </w:p>
    <w:p>
      <w:pPr>
        <w:spacing w:after="40"/>
      </w:pPr>
      <w:r>
        <w:rPr>
          <w:rFonts w:ascii="맑은 고딕" w:hAnsi="맑은 고딕"/>
          <w:b/>
          <w:sz w:val="22"/>
        </w:rPr>
        <w:t xml:space="preserve">[기사]: </w:t>
      </w:r>
      <w:r>
        <w:rPr>
          <w:rFonts w:ascii="UD Digi Kyokasho NK-B" w:hAnsi="UD Digi Kyokasho NK-B"/>
          <w:sz w:val="22"/>
        </w:rPr>
        <w:t xml:space="preserve">どちらまで向かいましょうか。 </w:t>
      </w:r>
      <w:r>
        <w:rPr>
          <w:rFonts w:ascii="맑은 고딕" w:hAnsi="맑은 고딕"/>
          <w:color w:val="475569"/>
          <w:sz w:val="20"/>
        </w:rPr>
        <w:t>(어디까지 모실까요?)</w:t>
      </w:r>
    </w:p>
    <w:p>
      <w:pPr>
        <w:spacing w:after="40"/>
      </w:pPr>
      <w:r>
        <w:rPr>
          <w:rFonts w:ascii="맑은 고딕" w:hAnsi="맑은 고딕"/>
          <w:b/>
          <w:sz w:val="22"/>
        </w:rPr>
        <w:t xml:space="preserve">[나]: </w:t>
      </w:r>
      <w:r>
        <w:rPr>
          <w:rFonts w:ascii="UD Digi Kyokasho NK-B" w:hAnsi="UD Digi Kyokasho NK-B"/>
          <w:sz w:val="22"/>
        </w:rPr>
        <w:t xml:space="preserve">東京大学の本郷キャンパスの正門までお願いします。急ぎでお願いできますか。 </w:t>
      </w:r>
      <w:r>
        <w:rPr>
          <w:rFonts w:ascii="맑은 고딕" w:hAnsi="맑은 고딕"/>
          <w:color w:val="475569"/>
          <w:sz w:val="20"/>
        </w:rPr>
        <w:t>(도쿄대학 혼고 캠퍼스 정문까지 부탁드립니다. 조금 서둘러 주실 수 있을까요?)</w:t>
      </w:r>
    </w:p>
    <w:p>
      <w:pPr>
        <w:spacing w:after="40"/>
      </w:pPr>
      <w:r>
        <w:rPr>
          <w:rFonts w:ascii="맑은 고딕" w:hAnsi="맑은 고딕"/>
          <w:b/>
          <w:sz w:val="22"/>
        </w:rPr>
        <w:t xml:space="preserve">[기사]: </w:t>
      </w:r>
      <w:r>
        <w:rPr>
          <w:rFonts w:ascii="UD Digi Kyokasho NK-B" w:hAnsi="UD Digi Kyokasho NK-B"/>
          <w:sz w:val="22"/>
        </w:rPr>
        <w:t xml:space="preserve">承知いたしました。首都高速を使えば15分ほどで到着できますが、よろしいですか。 </w:t>
      </w:r>
      <w:r>
        <w:rPr>
          <w:rFonts w:ascii="맑은 고딕" w:hAnsi="맑은 고딕"/>
          <w:color w:val="475569"/>
          <w:sz w:val="20"/>
        </w:rPr>
        <w:t>(알겠습니다. 수도고속도로를 이용하면 15분 정도에 도착할 수 있는데 괜찮으신지요?)</w:t>
      </w:r>
    </w:p>
    <w:p>
      <w:pPr>
        <w:spacing w:after="40"/>
      </w:pPr>
      <w:r>
        <w:rPr>
          <w:rFonts w:ascii="맑은 고딕" w:hAnsi="맑은 고딕"/>
          <w:b/>
          <w:sz w:val="22"/>
        </w:rPr>
        <w:t xml:space="preserve">[나]: </w:t>
      </w:r>
      <w:r>
        <w:rPr>
          <w:rFonts w:ascii="UD Digi Kyokasho NK-B" w:hAnsi="UD Digi Kyokasho NK-B"/>
          <w:sz w:val="22"/>
        </w:rPr>
        <w:t xml:space="preserve">はい、高速を使ってください。カード決済でレシートもお願いします。 </w:t>
      </w:r>
      <w:r>
        <w:rPr>
          <w:rFonts w:ascii="맑은 고딕" w:hAnsi="맑은 고딕"/>
          <w:color w:val="475569"/>
          <w:sz w:val="20"/>
        </w:rPr>
        <w:t>(네, 고속도로를 이용해 주세요. 카드 결제로 영수증도 부탁드립니다.)</w:t>
      </w:r>
    </w:p>
    <w:p>
      <w:pPr>
        <w:spacing w:after="120"/>
      </w:pPr>
    </w:p>
    <w:p>
      <w:pPr>
        <w:spacing w:after="60" w:line="276" w:lineRule="auto"/>
      </w:pPr>
      <w:r>
        <w:rPr>
          <w:rFonts w:ascii="맑은 고딕" w:hAnsi="맑은 고딕"/>
          <w:b/>
          <w:color w:val="000000"/>
          <w:sz w:val="24"/>
        </w:rPr>
        <w:t>【상황 D15】 カフェでのカスタム注文 (카페 커스텀 및 테이크아웃) - 스타벅스/블루보틀에서 원두 종류, 우유 변경, 얼음 양 조절 주문</w:t>
      </w:r>
    </w:p>
    <w:p>
      <w:pPr>
        <w:spacing w:after="40"/>
      </w:pPr>
      <w:r>
        <w:rPr>
          <w:rFonts w:ascii="맑은 고딕" w:hAnsi="맑은 고딕"/>
          <w:b/>
          <w:sz w:val="22"/>
        </w:rPr>
        <w:t xml:space="preserve">[바리스타]: </w:t>
      </w:r>
      <w:r>
        <w:rPr>
          <w:rFonts w:ascii="UD Digi Kyokasho NK-B" w:hAnsi="UD Digi Kyokasho NK-B"/>
          <w:sz w:val="22"/>
        </w:rPr>
        <w:t xml:space="preserve">ご注文をお伺いいたします。店内をご利用ですか。 </w:t>
      </w:r>
      <w:r>
        <w:rPr>
          <w:rFonts w:ascii="맑은 고딕" w:hAnsi="맑은 고딕"/>
          <w:color w:val="475569"/>
          <w:sz w:val="20"/>
        </w:rPr>
        <w:t>(주문 도와드리겠습니다. 매장을 이용하시나요?)</w:t>
      </w:r>
    </w:p>
    <w:p>
      <w:pPr>
        <w:spacing w:after="40"/>
      </w:pPr>
      <w:r>
        <w:rPr>
          <w:rFonts w:ascii="맑은 고딕" w:hAnsi="맑은 고딕"/>
          <w:b/>
          <w:sz w:val="22"/>
        </w:rPr>
        <w:t xml:space="preserve">[나]: </w:t>
      </w:r>
      <w:r>
        <w:rPr>
          <w:rFonts w:ascii="UD Digi Kyokasho NK-B" w:hAnsi="UD Digi Kyokasho NK-B"/>
          <w:sz w:val="22"/>
        </w:rPr>
        <w:t xml:space="preserve">テイクアウトで、アイスカフェラテのグランデサイズを1つお願いします。 </w:t>
      </w:r>
      <w:r>
        <w:rPr>
          <w:rFonts w:ascii="맑은 고딕" w:hAnsi="맑은 고딕"/>
          <w:color w:val="475569"/>
          <w:sz w:val="20"/>
        </w:rPr>
        <w:t>(테이크아웃으로, 아이스 카페라테 그란데 사이즈 1잔 부탁드립니다.)</w:t>
      </w:r>
    </w:p>
    <w:p>
      <w:pPr>
        <w:spacing w:after="40"/>
      </w:pPr>
      <w:r>
        <w:rPr>
          <w:rFonts w:ascii="맑은 고딕" w:hAnsi="맑은 고딕"/>
          <w:b/>
          <w:sz w:val="22"/>
        </w:rPr>
        <w:t xml:space="preserve">[바리스타]: </w:t>
      </w:r>
      <w:r>
        <w:rPr>
          <w:rFonts w:ascii="UD Digi Kyokasho NK-B" w:hAnsi="UD Digi Kyokasho NK-B"/>
          <w:sz w:val="22"/>
        </w:rPr>
        <w:t xml:space="preserve">ミルクの変更やシロップの追加はございますか。 </w:t>
      </w:r>
      <w:r>
        <w:rPr>
          <w:rFonts w:ascii="맑은 고딕" w:hAnsi="맑은 고딕"/>
          <w:color w:val="475569"/>
          <w:sz w:val="20"/>
        </w:rPr>
        <w:t>(우유 변경이나 시럽 추가가 있으신가요?)</w:t>
      </w:r>
    </w:p>
    <w:p>
      <w:pPr>
        <w:spacing w:after="40"/>
      </w:pPr>
      <w:r>
        <w:rPr>
          <w:rFonts w:ascii="맑은 고딕" w:hAnsi="맑은 고딕"/>
          <w:b/>
          <w:sz w:val="22"/>
        </w:rPr>
        <w:t xml:space="preserve">[나]: </w:t>
      </w:r>
      <w:r>
        <w:rPr>
          <w:rFonts w:ascii="UD Digi Kyokasho NK-B" w:hAnsi="UD Digi Kyokasho NK-B"/>
          <w:sz w:val="22"/>
        </w:rPr>
        <w:t xml:space="preserve">豆乳に変更して、氷少なめでミルク多めにしていただけますか。 </w:t>
      </w:r>
      <w:r>
        <w:rPr>
          <w:rFonts w:ascii="맑은 고딕" w:hAnsi="맑은 고딕"/>
          <w:color w:val="475569"/>
          <w:sz w:val="20"/>
        </w:rPr>
        <w:t>(두유로 변경하고, 얼음 적게 우유 많이로 해 주실 수 있나요?)</w:t>
      </w:r>
    </w:p>
    <w:p>
      <w:pPr>
        <w:spacing w:after="120"/>
      </w:pPr>
    </w:p>
    <w:p>
      <w:pPr>
        <w:spacing w:after="60" w:line="276" w:lineRule="auto"/>
      </w:pPr>
      <w:r>
        <w:rPr>
          <w:rFonts w:ascii="맑은 고딕" w:hAnsi="맑은 고딕"/>
          <w:b/>
          <w:color w:val="000000"/>
          <w:sz w:val="24"/>
        </w:rPr>
        <w:t>【상황 D16】 ドラッグストアでの相談 (약국 증상별 약 구입) - 마츠모토키요시/약국에서 약사에게 증상에 맞는 위장약/진통제 추천 요청</w:t>
      </w:r>
    </w:p>
    <w:p>
      <w:pPr>
        <w:spacing w:after="40"/>
      </w:pPr>
      <w:r>
        <w:rPr>
          <w:rFonts w:ascii="맑은 고딕" w:hAnsi="맑은 고딕"/>
          <w:b/>
          <w:sz w:val="22"/>
        </w:rPr>
        <w:t xml:space="preserve">[나]: </w:t>
      </w:r>
      <w:r>
        <w:rPr>
          <w:rFonts w:ascii="UD Digi Kyokasho NK-B" w:hAnsi="UD Digi Kyokasho NK-B"/>
          <w:sz w:val="22"/>
        </w:rPr>
        <w:t xml:space="preserve">すみません、胃がキリキリ痛むのですが、よく効く胃腸薬はありますか。 </w:t>
      </w:r>
      <w:r>
        <w:rPr>
          <w:rFonts w:ascii="맑은 고딕" w:hAnsi="맑은 고딕"/>
          <w:color w:val="475569"/>
          <w:sz w:val="20"/>
        </w:rPr>
        <w:t>(실례합니다, 위가 콕콕 찌르듯이 아픈데 잘 듣는 위장약이 있을까요?)</w:t>
      </w:r>
    </w:p>
    <w:p>
      <w:pPr>
        <w:spacing w:after="40"/>
      </w:pPr>
      <w:r>
        <w:rPr>
          <w:rFonts w:ascii="맑은 고딕" w:hAnsi="맑은 고딕"/>
          <w:b/>
          <w:sz w:val="22"/>
        </w:rPr>
        <w:t xml:space="preserve">[약사]: </w:t>
      </w:r>
      <w:r>
        <w:rPr>
          <w:rFonts w:ascii="UD Digi Kyokasho NK-B" w:hAnsi="UD Digi Kyokasho NK-B"/>
          <w:sz w:val="22"/>
        </w:rPr>
        <w:t xml:space="preserve">食後に痛みますか、それとも空腹時でしょうか。胃酸の逆流はありますか。 </w:t>
      </w:r>
      <w:r>
        <w:rPr>
          <w:rFonts w:ascii="맑은 고딕" w:hAnsi="맑은 고딕"/>
          <w:color w:val="475569"/>
          <w:sz w:val="20"/>
        </w:rPr>
        <w:t>(식후에 아프신가요, 아니면 공복 시인가요? 위산 역류는 있으신지요?)</w:t>
      </w:r>
    </w:p>
    <w:p>
      <w:pPr>
        <w:spacing w:after="40"/>
      </w:pPr>
      <w:r>
        <w:rPr>
          <w:rFonts w:ascii="맑은 고딕" w:hAnsi="맑은 고딕"/>
          <w:b/>
          <w:sz w:val="22"/>
        </w:rPr>
        <w:t xml:space="preserve">[나]: </w:t>
      </w:r>
      <w:r>
        <w:rPr>
          <w:rFonts w:ascii="UD Digi Kyokasho NK-B" w:hAnsi="UD Digi Kyokasho NK-B"/>
          <w:sz w:val="22"/>
        </w:rPr>
        <w:t xml:space="preserve">空腹時に特に痛みます。眠気が出ないタイプのものが良いのですが。 </w:t>
      </w:r>
      <w:r>
        <w:rPr>
          <w:rFonts w:ascii="맑은 고딕" w:hAnsi="맑은 고딕"/>
          <w:color w:val="475569"/>
          <w:sz w:val="20"/>
        </w:rPr>
        <w:t>(공복 시에 특히 아픕니다. 졸음이 오지 않는 타입이면 좋겠습니다.)</w:t>
      </w:r>
    </w:p>
    <w:p>
      <w:pPr>
        <w:spacing w:after="40"/>
      </w:pPr>
      <w:r>
        <w:rPr>
          <w:rFonts w:ascii="맑은 고딕" w:hAnsi="맑은 고딕"/>
          <w:b/>
          <w:sz w:val="22"/>
        </w:rPr>
        <w:t xml:space="preserve">[약사]: </w:t>
      </w:r>
      <w:r>
        <w:rPr>
          <w:rFonts w:ascii="UD Digi Kyokasho NK-B" w:hAnsi="UD Digi Kyokasho NK-B"/>
          <w:sz w:val="22"/>
        </w:rPr>
        <w:t xml:space="preserve">それでしたら、胃酸の分泌を抑えるこちらのH2ブロッカー胃腸薬がおすすめです。 </w:t>
      </w:r>
      <w:r>
        <w:rPr>
          <w:rFonts w:ascii="맑은 고딕" w:hAnsi="맑은 고딕"/>
          <w:color w:val="475569"/>
          <w:sz w:val="20"/>
        </w:rPr>
        <w:t>(그렇다면 위산 분비를 억제하는 이쪽의 H2블로커 위장약을 추천합니다.)</w:t>
      </w:r>
    </w:p>
    <w:p>
      <w:pPr>
        <w:spacing w:after="120"/>
      </w:pPr>
    </w:p>
    <w:p>
      <w:pPr>
        <w:spacing w:after="60" w:line="276" w:lineRule="auto"/>
      </w:pPr>
      <w:r>
        <w:rPr>
          <w:rFonts w:ascii="맑은 고딕" w:hAnsi="맑은 고딕"/>
          <w:b/>
          <w:color w:val="000000"/>
          <w:sz w:val="24"/>
        </w:rPr>
        <w:t>【상황 D17】 教授との研究室面談 (오픈캠퍼스 연구실 방문) - 지망 대학 오픈캠퍼스에서 지도교수와 연구실(제미) 연구 테마 및 입시 질답</w:t>
      </w:r>
    </w:p>
    <w:p>
      <w:pPr>
        <w:spacing w:after="40"/>
      </w:pPr>
      <w:r>
        <w:rPr>
          <w:rFonts w:ascii="맑은 고딕" w:hAnsi="맑은 고딕"/>
          <w:b/>
          <w:sz w:val="22"/>
        </w:rPr>
        <w:t xml:space="preserve">[나]: </w:t>
      </w:r>
      <w:r>
        <w:rPr>
          <w:rFonts w:ascii="UD Digi Kyokasho NK-B" w:hAnsi="UD Digi Kyokasho NK-B"/>
          <w:sz w:val="22"/>
        </w:rPr>
        <w:t xml:space="preserve">先生、お忙しいところ研究室訪問のお時間をいただき、感謝申し上げます。 </w:t>
      </w:r>
      <w:r>
        <w:rPr>
          <w:rFonts w:ascii="맑은 고딕" w:hAnsi="맑은 고딕"/>
          <w:color w:val="475569"/>
          <w:sz w:val="20"/>
        </w:rPr>
        <w:t>(교수님, 바쁘신 와중에 연구실 방문 시간을 내어주셔서 감사드립니다.)</w:t>
      </w:r>
    </w:p>
    <w:p>
      <w:pPr>
        <w:spacing w:after="40"/>
      </w:pPr>
      <w:r>
        <w:rPr>
          <w:rFonts w:ascii="맑은 고딕" w:hAnsi="맑은 고딕"/>
          <w:b/>
          <w:sz w:val="22"/>
        </w:rPr>
        <w:t xml:space="preserve">[교수]: </w:t>
      </w:r>
      <w:r>
        <w:rPr>
          <w:rFonts w:ascii="UD Digi Kyokasho NK-B" w:hAnsi="UD Digi Kyokasho NK-B"/>
          <w:sz w:val="22"/>
        </w:rPr>
        <w:t xml:space="preserve">ようこそ。先生の最近の論文も読んでくれたそうだね。どのような点に興味を持ったのかな。 </w:t>
      </w:r>
      <w:r>
        <w:rPr>
          <w:rFonts w:ascii="맑은 고딕" w:hAnsi="맑은 고딕"/>
          <w:color w:val="475569"/>
          <w:sz w:val="20"/>
        </w:rPr>
        <w:t>(어서 와요. 최근 내 논문도 읽어봤다고 들었는데, 어떤 점에 흥미를 느꼈나요?)</w:t>
      </w:r>
    </w:p>
    <w:p>
      <w:pPr>
        <w:spacing w:after="40"/>
      </w:pPr>
      <w:r>
        <w:rPr>
          <w:rFonts w:ascii="맑은 고딕" w:hAnsi="맑은 고딕"/>
          <w:b/>
          <w:sz w:val="22"/>
        </w:rPr>
        <w:t xml:space="preserve">[나]: </w:t>
      </w:r>
      <w:r>
        <w:rPr>
          <w:rFonts w:ascii="UD Digi Kyokasho NK-B" w:hAnsi="UD Digi Kyokasho NK-B"/>
          <w:sz w:val="22"/>
        </w:rPr>
        <w:t xml:space="preserve">先生が提唱されているデータ駆動型地域創生モデルの実証分析に深く感銘を受けました。 </w:t>
      </w:r>
      <w:r>
        <w:rPr>
          <w:rFonts w:ascii="맑은 고딕" w:hAnsi="맑은 고딕"/>
          <w:color w:val="475569"/>
          <w:sz w:val="20"/>
        </w:rPr>
        <w:t>(교수님께서 제창하신 데이터 구동형 지역창생 모델의 실증분석에 깊이 감명받았습니다.)</w:t>
      </w:r>
    </w:p>
    <w:p>
      <w:pPr>
        <w:spacing w:after="40"/>
      </w:pPr>
      <w:r>
        <w:rPr>
          <w:rFonts w:ascii="맑은 고딕" w:hAnsi="맑은 고딕"/>
          <w:b/>
          <w:sz w:val="22"/>
        </w:rPr>
        <w:t xml:space="preserve">[교수]: </w:t>
      </w:r>
      <w:r>
        <w:rPr>
          <w:rFonts w:ascii="UD Digi Kyokasho NK-B" w:hAnsi="UD Digi Kyokasho NK-B"/>
          <w:sz w:val="22"/>
        </w:rPr>
        <w:t xml:space="preserve">熱心だね。ゼミでは主体的なフィールドワークを重視しているから、ぜひ挑戦してほしいね。 </w:t>
      </w:r>
      <w:r>
        <w:rPr>
          <w:rFonts w:ascii="맑은 고딕" w:hAnsi="맑은 고딕"/>
          <w:color w:val="475569"/>
          <w:sz w:val="20"/>
        </w:rPr>
        <w:t>(열정적이군요. 우리 세미나에서는 주체적인 필드워크를 중시하니 꼭 도전해 보길 바라요.)</w:t>
      </w:r>
    </w:p>
    <w:p>
      <w:pPr>
        <w:spacing w:after="120"/>
      </w:pPr>
    </w:p>
    <w:p>
      <w:pPr>
        <w:spacing w:after="60" w:line="276" w:lineRule="auto"/>
      </w:pPr>
      <w:r>
        <w:rPr>
          <w:rFonts w:ascii="맑은 고딕" w:hAnsi="맑은 고딕"/>
          <w:b/>
          <w:color w:val="000000"/>
          <w:sz w:val="24"/>
        </w:rPr>
        <w:t>【상황 D18】 家電量販店での免税購入 (가전 쇼핑 및 면세) - 빅카메라/요도바시에서 노트북 스펙 문의, 재고 확인 및 여권 면세 처리</w:t>
      </w:r>
    </w:p>
    <w:p>
      <w:pPr>
        <w:spacing w:after="40"/>
      </w:pPr>
      <w:r>
        <w:rPr>
          <w:rFonts w:ascii="맑은 고딕" w:hAnsi="맑은 고딕"/>
          <w:b/>
          <w:sz w:val="22"/>
        </w:rPr>
        <w:t xml:space="preserve">[나]: </w:t>
      </w:r>
      <w:r>
        <w:rPr>
          <w:rFonts w:ascii="UD Digi Kyokasho NK-B" w:hAnsi="UD Digi Kyokasho NK-B"/>
          <w:sz w:val="22"/>
        </w:rPr>
        <w:t xml:space="preserve">すみません、このノートパソコンのUSキーボードモデルの在庫はありますか。 </w:t>
      </w:r>
      <w:r>
        <w:rPr>
          <w:rFonts w:ascii="맑은 고딕" w:hAnsi="맑은 고딕"/>
          <w:color w:val="475569"/>
          <w:sz w:val="20"/>
        </w:rPr>
        <w:t>(실례합니다, 이 노트북의 영문(US) 키보드 모델 재고가 있나요?)</w:t>
      </w:r>
    </w:p>
    <w:p>
      <w:pPr>
        <w:spacing w:after="40"/>
      </w:pPr>
      <w:r>
        <w:rPr>
          <w:rFonts w:ascii="맑은 고딕" w:hAnsi="맑은 고딕"/>
          <w:b/>
          <w:sz w:val="22"/>
        </w:rPr>
        <w:t xml:space="preserve">[판매원]: </w:t>
      </w:r>
      <w:r>
        <w:rPr>
          <w:rFonts w:ascii="UD Digi Kyokasho NK-B" w:hAnsi="UD Digi Kyokasho NK-B"/>
          <w:sz w:val="22"/>
        </w:rPr>
        <w:t xml:space="preserve">確認いたします。はい、倉庫にラスト1台在庫がございます。 </w:t>
      </w:r>
      <w:r>
        <w:rPr>
          <w:rFonts w:ascii="맑은 고딕" w:hAnsi="맑은 고딕"/>
          <w:color w:val="475569"/>
          <w:sz w:val="20"/>
        </w:rPr>
        <w:t>(확인하겠습니다. 네, 창고에 마지막 1대 재고가 있습니다.)</w:t>
      </w:r>
    </w:p>
    <w:p>
      <w:pPr>
        <w:spacing w:after="40"/>
      </w:pPr>
      <w:r>
        <w:rPr>
          <w:rFonts w:ascii="맑은 고딕" w:hAnsi="맑은 고딕"/>
          <w:b/>
          <w:sz w:val="22"/>
        </w:rPr>
        <w:t xml:space="preserve">[나]: </w:t>
      </w:r>
      <w:r>
        <w:rPr>
          <w:rFonts w:ascii="UD Digi Kyokasho NK-B" w:hAnsi="UD Digi Kyokasho NK-B"/>
          <w:sz w:val="22"/>
        </w:rPr>
        <w:t xml:space="preserve">パスポートを提示すれば免税手続きは可能でしょうか。 </w:t>
      </w:r>
      <w:r>
        <w:rPr>
          <w:rFonts w:ascii="맑은 고딕" w:hAnsi="맑은 고딕"/>
          <w:color w:val="475569"/>
          <w:sz w:val="20"/>
        </w:rPr>
        <w:t>(여권을 제시하면 면세 수속이 가능할까요?)</w:t>
      </w:r>
    </w:p>
    <w:p>
      <w:pPr>
        <w:spacing w:after="40"/>
      </w:pPr>
      <w:r>
        <w:rPr>
          <w:rFonts w:ascii="맑은 고딕" w:hAnsi="맑은 고딕"/>
          <w:b/>
          <w:sz w:val="22"/>
        </w:rPr>
        <w:t xml:space="preserve">[판매원]: </w:t>
      </w:r>
      <w:r>
        <w:rPr>
          <w:rFonts w:ascii="UD Digi Kyokasho NK-B" w:hAnsi="UD Digi Kyokasho NK-B"/>
          <w:sz w:val="22"/>
        </w:rPr>
        <w:t xml:space="preserve">短期滞在のビザであれば10%の消費税が免税になります。レジへご案内します。 </w:t>
      </w:r>
      <w:r>
        <w:rPr>
          <w:rFonts w:ascii="맑은 고딕" w:hAnsi="맑은 고딕"/>
          <w:color w:val="475569"/>
          <w:sz w:val="20"/>
        </w:rPr>
        <w:t>(단기체재 비자이시면 10%의 소비세가 면세됩니다. 계산대로 안내해 드리겠습니다.)</w:t>
      </w:r>
    </w:p>
    <w:p>
      <w:pPr>
        <w:spacing w:after="120"/>
      </w:pPr>
    </w:p>
    <w:p>
      <w:pPr>
        <w:spacing w:after="60" w:line="276" w:lineRule="auto"/>
      </w:pPr>
      <w:r>
        <w:rPr>
          <w:rFonts w:ascii="맑은 고딕" w:hAnsi="맑은 고딕"/>
          <w:b/>
          <w:color w:val="000000"/>
          <w:sz w:val="24"/>
        </w:rPr>
        <w:t>【상황 D19】 スポーツジムの入会手続き (헬스장 회원등록 및 락커) - 24시간 피트니스 짐에서 월회비 플랜 상담, 지문등록 및 샤워실 이용 규칙</w:t>
      </w:r>
    </w:p>
    <w:p>
      <w:pPr>
        <w:spacing w:after="40"/>
      </w:pPr>
      <w:r>
        <w:rPr>
          <w:rFonts w:ascii="맑은 고딕" w:hAnsi="맑은 고딕"/>
          <w:b/>
          <w:sz w:val="22"/>
        </w:rPr>
        <w:t xml:space="preserve">[나]: </w:t>
      </w:r>
      <w:r>
        <w:rPr>
          <w:rFonts w:ascii="UD Digi Kyokasho NK-B" w:hAnsi="UD Digi Kyokasho NK-B"/>
          <w:sz w:val="22"/>
        </w:rPr>
        <w:t xml:space="preserve">見学と入会手続きをしたいのですが、学生割引プランはありますか。 </w:t>
      </w:r>
      <w:r>
        <w:rPr>
          <w:rFonts w:ascii="맑은 고딕" w:hAnsi="맑은 고딕"/>
          <w:color w:val="475569"/>
          <w:sz w:val="20"/>
        </w:rPr>
        <w:t>(시설 견학과 입회 수속을 하고 싶은데요, 학생 할인 플랜이 있나요?)</w:t>
      </w:r>
    </w:p>
    <w:p>
      <w:pPr>
        <w:spacing w:after="40"/>
      </w:pPr>
      <w:r>
        <w:rPr>
          <w:rFonts w:ascii="맑은 고딕" w:hAnsi="맑은 고딕"/>
          <w:b/>
          <w:sz w:val="22"/>
        </w:rPr>
        <w:t xml:space="preserve">[트레이너]: </w:t>
      </w:r>
      <w:r>
        <w:rPr>
          <w:rFonts w:ascii="UD Digi Kyokasho NK-B" w:hAnsi="UD Digi Kyokasho NK-B"/>
          <w:sz w:val="22"/>
        </w:rPr>
        <w:t xml:space="preserve">はい、学生証のご提示で月額料金が20%オフになるスチューデントプランがございます。 </w:t>
      </w:r>
      <w:r>
        <w:rPr>
          <w:rFonts w:ascii="맑은 고딕" w:hAnsi="맑은 고딕"/>
          <w:color w:val="475569"/>
          <w:sz w:val="20"/>
        </w:rPr>
        <w:t>(네, 학생증을 제시하시면 월 회비가 20% 할인되는 학생 플랜이 있습니다.)</w:t>
      </w:r>
    </w:p>
    <w:p>
      <w:pPr>
        <w:spacing w:after="40"/>
      </w:pPr>
      <w:r>
        <w:rPr>
          <w:rFonts w:ascii="맑은 고딕" w:hAnsi="맑은 고딕"/>
          <w:b/>
          <w:sz w:val="22"/>
        </w:rPr>
        <w:t xml:space="preserve">[나]: </w:t>
      </w:r>
      <w:r>
        <w:rPr>
          <w:rFonts w:ascii="UD Digi Kyokasho NK-B" w:hAnsi="UD Digi Kyokasho NK-B"/>
          <w:sz w:val="22"/>
        </w:rPr>
        <w:t xml:space="preserve">土日や深夜の時間帯も追加料金なしで利用できますか。 </w:t>
      </w:r>
      <w:r>
        <w:rPr>
          <w:rFonts w:ascii="맑은 고딕" w:hAnsi="맑은 고딕"/>
          <w:color w:val="475569"/>
          <w:sz w:val="20"/>
        </w:rPr>
        <w:t>(주말이나 심야 시간대에도 추가 요금 없이 이용할 수 있나요?)</w:t>
      </w:r>
    </w:p>
    <w:p>
      <w:pPr>
        <w:spacing w:after="40"/>
      </w:pPr>
      <w:r>
        <w:rPr>
          <w:rFonts w:ascii="맑은 고딕" w:hAnsi="맑은 고딕"/>
          <w:b/>
          <w:sz w:val="22"/>
        </w:rPr>
        <w:t xml:space="preserve">[트레이너]: </w:t>
      </w:r>
      <w:r>
        <w:rPr>
          <w:rFonts w:ascii="UD Digi Kyokasho NK-B" w:hAnsi="UD Digi Kyokasho NK-B"/>
          <w:sz w:val="22"/>
        </w:rPr>
        <w:t xml:space="preserve">24시간 연중무휴로 전국 모든 지점을 자유롭게 이용하실 수 있습니다. </w:t>
      </w:r>
      <w:r>
        <w:rPr>
          <w:rFonts w:ascii="맑은 고딕" w:hAnsi="맑은 고딕"/>
          <w:color w:val="475569"/>
          <w:sz w:val="20"/>
        </w:rPr>
        <w:t>(24시간 연중무휴로 전국 모든 지점을 자유롭게 이용하실 수 있습니다.)</w:t>
      </w:r>
    </w:p>
    <w:p>
      <w:pPr>
        <w:spacing w:after="120"/>
      </w:pPr>
    </w:p>
    <w:p>
      <w:pPr>
        <w:spacing w:after="60" w:line="276" w:lineRule="auto"/>
      </w:pPr>
      <w:r>
        <w:rPr>
          <w:rFonts w:ascii="맑은 고딕" w:hAnsi="맑은 고딕"/>
          <w:b/>
          <w:color w:val="000000"/>
          <w:sz w:val="24"/>
        </w:rPr>
        <w:t>【상황 D20】 お忘れ物センターでの問い合わせ (분실물 센터 신고) - 전철에 두고 내린 검은색 가방의 특징 설명, 습득물 전산 조회 및 수령</w:t>
      </w:r>
    </w:p>
    <w:p>
      <w:pPr>
        <w:spacing w:after="40"/>
      </w:pPr>
      <w:r>
        <w:rPr>
          <w:rFonts w:ascii="맑은 고딕" w:hAnsi="맑은 고딕"/>
          <w:b/>
          <w:sz w:val="22"/>
        </w:rPr>
        <w:t xml:space="preserve">[나]: </w:t>
      </w:r>
      <w:r>
        <w:rPr>
          <w:rFonts w:ascii="UD Digi Kyokasho NK-B" w:hAnsi="UD Digi Kyokasho NK-B"/>
          <w:sz w:val="22"/>
        </w:rPr>
        <w:t xml:space="preserve">すみません、さっき山手線の車内に黒いリュックサックを忘れてしまいました。 </w:t>
      </w:r>
      <w:r>
        <w:rPr>
          <w:rFonts w:ascii="맑은 고딕" w:hAnsi="맑은 고딕"/>
          <w:color w:val="475569"/>
          <w:sz w:val="20"/>
        </w:rPr>
        <w:t>(실례합니다, 방금 야마노테선 차내에 검은색 백팩을 두고 내렸습니다.)</w:t>
      </w:r>
    </w:p>
    <w:p>
      <w:pPr>
        <w:spacing w:after="40"/>
      </w:pPr>
      <w:r>
        <w:rPr>
          <w:rFonts w:ascii="맑은 고딕" w:hAnsi="맑은 고딕"/>
          <w:b/>
          <w:sz w:val="22"/>
        </w:rPr>
        <w:t xml:space="preserve">[담당관]: </w:t>
      </w:r>
      <w:r>
        <w:rPr>
          <w:rFonts w:ascii="UD Digi Kyokasho NK-B" w:hAnsi="UD Digi Kyokasho NK-B"/>
          <w:sz w:val="22"/>
        </w:rPr>
        <w:t xml:space="preserve">何時頃のどの駅で降りられましたか。中身の特徴を教えていただけますか。 </w:t>
      </w:r>
      <w:r>
        <w:rPr>
          <w:rFonts w:ascii="맑은 고딕" w:hAnsi="맑은 고딕"/>
          <w:color w:val="475569"/>
          <w:sz w:val="20"/>
        </w:rPr>
        <w:t>(몇 시경 어느 역에서 내리셨나요? 가방 안 내용물의 특징을 말씀해 주시겠어요?)</w:t>
      </w:r>
    </w:p>
    <w:p>
      <w:pPr>
        <w:spacing w:after="40"/>
      </w:pPr>
      <w:r>
        <w:rPr>
          <w:rFonts w:ascii="맑은 고딕" w:hAnsi="맑은 고딕"/>
          <w:b/>
          <w:sz w:val="22"/>
        </w:rPr>
        <w:t xml:space="preserve">[나]: </w:t>
      </w:r>
      <w:r>
        <w:rPr>
          <w:rFonts w:ascii="UD Digi Kyokasho NK-B" w:hAnsi="UD Digi Kyokasho NK-B"/>
          <w:sz w:val="22"/>
        </w:rPr>
        <w:t xml:space="preserve">14時20分頃に新宿駅で降りました。中に大学のノートと青い筆箱が入っています。 </w:t>
      </w:r>
      <w:r>
        <w:rPr>
          <w:rFonts w:ascii="맑은 고딕" w:hAnsi="맑은 고딕"/>
          <w:color w:val="475569"/>
          <w:sz w:val="20"/>
        </w:rPr>
        <w:t>(14시 20분경 신주쿠역에서 내렸습니다. 안에 대학 노트와 파란 필통이 들어있습니다.)</w:t>
      </w:r>
    </w:p>
    <w:p>
      <w:pPr>
        <w:spacing w:after="40"/>
      </w:pPr>
      <w:r>
        <w:rPr>
          <w:rFonts w:ascii="맑은 고딕" w:hAnsi="맑은 고딕"/>
          <w:b/>
          <w:sz w:val="22"/>
        </w:rPr>
        <w:t xml:space="preserve">[담당관]: </w:t>
      </w:r>
      <w:r>
        <w:rPr>
          <w:rFonts w:ascii="UD Digi Kyokasho NK-B" w:hAnsi="UD Digi Kyokasho NK-B"/>
          <w:sz w:val="22"/>
        </w:rPr>
        <w:t xml:space="preserve">システムを照会しますね。あ、池袋駅で似た特徴のものが保管されていますよ。 </w:t>
      </w:r>
      <w:r>
        <w:rPr>
          <w:rFonts w:ascii="맑은 고딕" w:hAnsi="맑은 고딕"/>
          <w:color w:val="475569"/>
          <w:sz w:val="20"/>
        </w:rPr>
        <w:t>(시스템을 조회해 볼게요. 아, 이케부쿠로역에 비슷한 특징의 물건이 보관되어 있습니다.)</w:t>
      </w:r>
    </w:p>
    <w:p>
      <w:pPr>
        <w:spacing w:after="120"/>
      </w:pPr>
    </w:p>
    <w:sectPr w:rsidR="00FC693F" w:rsidRPr="0006063C" w:rsidSect="00034616">
      <w:pgSz w:w="11909" w:h="16834"/>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